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AE252" w14:textId="6B19702A" w:rsidR="0025387C" w:rsidRDefault="00C8658C">
      <w:pPr>
        <w:spacing w:after="40"/>
        <w:ind w:firstLine="0"/>
        <w:jc w:val="center"/>
      </w:pPr>
      <w:r w:rsidRPr="000A7086">
        <w:rPr>
          <w:noProof/>
        </w:rPr>
        <w:drawing>
          <wp:inline distT="0" distB="0" distL="0" distR="0" wp14:anchorId="047F9E00" wp14:editId="2EDD2444">
            <wp:extent cx="5616000" cy="1488578"/>
            <wp:effectExtent l="0" t="0" r="0" b="0"/>
            <wp:docPr id="1089724759" name="Picture 1089724759" descr="SocioLumen Journal of Social Sciences logo" title="SocioLum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olumen_logo_horizontal.png"/>
                    <pic:cNvPicPr/>
                  </pic:nvPicPr>
                  <pic:blipFill>
                    <a:blip r:embed="rId8"/>
                    <a:stretch>
                      <a:fillRect/>
                    </a:stretch>
                  </pic:blipFill>
                  <pic:spPr>
                    <a:xfrm>
                      <a:off x="0" y="0"/>
                      <a:ext cx="5616000" cy="1488578"/>
                    </a:xfrm>
                    <a:prstGeom prst="rect">
                      <a:avLst/>
                    </a:prstGeom>
                  </pic:spPr>
                </pic:pic>
              </a:graphicData>
            </a:graphic>
          </wp:inline>
        </w:drawing>
      </w:r>
    </w:p>
    <w:tbl>
      <w:tblPr>
        <w:tblW w:w="8952" w:type="dxa"/>
        <w:tblInd w:w="120" w:type="dxa"/>
        <w:tblLayout w:type="fixed"/>
        <w:tblLook w:val="04A0" w:firstRow="1" w:lastRow="0" w:firstColumn="1" w:lastColumn="0" w:noHBand="0" w:noVBand="1"/>
      </w:tblPr>
      <w:tblGrid>
        <w:gridCol w:w="8952"/>
      </w:tblGrid>
      <w:tr w:rsidR="0025387C" w14:paraId="5E172258" w14:textId="77777777">
        <w:tc>
          <w:tcPr>
            <w:tcW w:w="8952" w:type="dxa"/>
            <w:tcBorders>
              <w:top w:val="single" w:sz="6" w:space="0" w:color="A8792A"/>
              <w:left w:val="single" w:sz="6" w:space="0" w:color="A8792A"/>
              <w:bottom w:val="single" w:sz="6" w:space="0" w:color="A8792A"/>
              <w:right w:val="single" w:sz="6" w:space="0" w:color="A8792A"/>
            </w:tcBorders>
            <w:shd w:val="clear" w:color="auto" w:fill="FFF7E6"/>
            <w:tcMar>
              <w:top w:w="95" w:type="dxa"/>
              <w:left w:w="130" w:type="dxa"/>
              <w:bottom w:w="95" w:type="dxa"/>
              <w:right w:w="130" w:type="dxa"/>
            </w:tcMar>
          </w:tcPr>
          <w:p w14:paraId="54B926ED" w14:textId="77777777" w:rsidR="0025387C" w:rsidRDefault="00000000">
            <w:pPr>
              <w:pStyle w:val="TemplateInstruction"/>
              <w:spacing w:after="20"/>
            </w:pPr>
            <w:r>
              <w:rPr>
                <w:b/>
                <w:i w:val="0"/>
                <w:color w:val="08284E"/>
                <w:sz w:val="17"/>
              </w:rPr>
              <w:t>ANONİMLİK UYARISI / ANONYMITY NOTICE</w:t>
            </w:r>
            <w:r>
              <w:rPr>
                <w:b/>
                <w:i w:val="0"/>
                <w:color w:val="08284E"/>
                <w:sz w:val="17"/>
              </w:rPr>
              <w:br/>
            </w:r>
            <w:r>
              <w:t xml:space="preserve">Bu </w:t>
            </w:r>
            <w:proofErr w:type="spellStart"/>
            <w:r>
              <w:t>dosyaya</w:t>
            </w:r>
            <w:proofErr w:type="spellEnd"/>
            <w:r>
              <w:t xml:space="preserve"> </w:t>
            </w:r>
            <w:proofErr w:type="spellStart"/>
            <w:r>
              <w:t>yazar</w:t>
            </w:r>
            <w:proofErr w:type="spellEnd"/>
            <w:r>
              <w:t xml:space="preserve"> </w:t>
            </w:r>
            <w:proofErr w:type="spellStart"/>
            <w:r>
              <w:t>adı</w:t>
            </w:r>
            <w:proofErr w:type="spellEnd"/>
            <w:r>
              <w:t xml:space="preserve">, </w:t>
            </w:r>
            <w:proofErr w:type="spellStart"/>
            <w:r>
              <w:t>kurum</w:t>
            </w:r>
            <w:proofErr w:type="spellEnd"/>
            <w:r>
              <w:t>, e-posta, ORCID, teşekkür veya kimliği açıklayabilecek başka bilgi eklenmemelidir. Yazar bilgileri başvuru sistemindeki ilgili alanlara ve derginin istediği ayrı başlık sayfasına girilmelidir. / Do not include author names, affiliations, emails, ORCIDs, acknowledgements or other identifying information in this file. Enter author information in the submission system and the separate title page requested by the journal.</w:t>
            </w:r>
          </w:p>
        </w:tc>
      </w:tr>
    </w:tbl>
    <w:p w14:paraId="388D786A" w14:textId="77777777" w:rsidR="0025387C" w:rsidRDefault="0025387C">
      <w:pPr>
        <w:pStyle w:val="TemplateInstruction"/>
        <w:spacing w:line="48" w:lineRule="auto"/>
      </w:pPr>
    </w:p>
    <w:tbl>
      <w:tblPr>
        <w:tblW w:w="8952" w:type="dxa"/>
        <w:tblInd w:w="120" w:type="dxa"/>
        <w:tblLayout w:type="fixed"/>
        <w:tblLook w:val="04A0" w:firstRow="1" w:lastRow="0" w:firstColumn="1" w:lastColumn="0" w:noHBand="0" w:noVBand="1"/>
      </w:tblPr>
      <w:tblGrid>
        <w:gridCol w:w="2500"/>
        <w:gridCol w:w="6452"/>
      </w:tblGrid>
      <w:tr w:rsidR="0025387C" w14:paraId="69810E67" w14:textId="77777777">
        <w:trPr>
          <w:cantSplit/>
        </w:trPr>
        <w:tc>
          <w:tcPr>
            <w:tcW w:w="2500" w:type="dxa"/>
            <w:tcBorders>
              <w:top w:val="single" w:sz="4" w:space="0" w:color="D6D8DA"/>
              <w:left w:val="single" w:sz="4" w:space="0" w:color="D6D8DA"/>
              <w:bottom w:val="single" w:sz="4" w:space="0" w:color="D6D8DA"/>
              <w:right w:val="single" w:sz="4" w:space="0" w:color="D6D8DA"/>
            </w:tcBorders>
            <w:shd w:val="clear" w:color="auto" w:fill="F1F3F5"/>
            <w:tcMar>
              <w:top w:w="60" w:type="dxa"/>
              <w:left w:w="90" w:type="dxa"/>
              <w:bottom w:w="60" w:type="dxa"/>
              <w:right w:w="90" w:type="dxa"/>
            </w:tcMar>
            <w:vAlign w:val="center"/>
          </w:tcPr>
          <w:p w14:paraId="26514A4F" w14:textId="77777777" w:rsidR="0025387C" w:rsidRDefault="00000000">
            <w:pPr>
              <w:pStyle w:val="MetadataField"/>
            </w:pPr>
            <w:r>
              <w:rPr>
                <w:b/>
                <w:color w:val="08284E"/>
              </w:rPr>
              <w:t>Makale türü / Article type</w:t>
            </w:r>
          </w:p>
        </w:tc>
        <w:tc>
          <w:tcPr>
            <w:tcW w:w="6452" w:type="dxa"/>
            <w:tcBorders>
              <w:top w:val="single" w:sz="4" w:space="0" w:color="D6D8DA"/>
              <w:left w:val="single" w:sz="4" w:space="0" w:color="D6D8DA"/>
              <w:bottom w:val="single" w:sz="4" w:space="0" w:color="D6D8DA"/>
              <w:right w:val="single" w:sz="4" w:space="0" w:color="D6D8DA"/>
            </w:tcBorders>
            <w:tcMar>
              <w:top w:w="60" w:type="dxa"/>
              <w:left w:w="90" w:type="dxa"/>
              <w:bottom w:w="60" w:type="dxa"/>
              <w:right w:w="90" w:type="dxa"/>
            </w:tcMar>
            <w:vAlign w:val="center"/>
          </w:tcPr>
          <w:p w14:paraId="179C7D56" w14:textId="77777777" w:rsidR="0025387C" w:rsidRDefault="00000000">
            <w:pPr>
              <w:pStyle w:val="MetadataField"/>
            </w:pPr>
            <w:r>
              <w:rPr>
                <w:i/>
                <w:color w:val="6B6F73"/>
              </w:rPr>
              <w:t xml:space="preserve">☐ </w:t>
            </w:r>
            <w:proofErr w:type="spellStart"/>
            <w:r>
              <w:rPr>
                <w:i/>
                <w:color w:val="6B6F73"/>
              </w:rPr>
              <w:t>Araştırma</w:t>
            </w:r>
            <w:proofErr w:type="spellEnd"/>
            <w:r>
              <w:rPr>
                <w:i/>
                <w:color w:val="6B6F73"/>
              </w:rPr>
              <w:t xml:space="preserve"> </w:t>
            </w:r>
            <w:proofErr w:type="spellStart"/>
            <w:r>
              <w:rPr>
                <w:i/>
                <w:color w:val="6B6F73"/>
              </w:rPr>
              <w:t>Makalesi</w:t>
            </w:r>
            <w:proofErr w:type="spellEnd"/>
            <w:r>
              <w:rPr>
                <w:i/>
                <w:color w:val="6B6F73"/>
              </w:rPr>
              <w:t xml:space="preserve"> / Research Article     ☐ Derleme Makale / Review Article</w:t>
            </w:r>
          </w:p>
        </w:tc>
      </w:tr>
      <w:tr w:rsidR="0025387C" w14:paraId="188F61F0" w14:textId="77777777">
        <w:trPr>
          <w:cantSplit/>
        </w:trPr>
        <w:tc>
          <w:tcPr>
            <w:tcW w:w="2500" w:type="dxa"/>
            <w:tcBorders>
              <w:top w:val="single" w:sz="4" w:space="0" w:color="D6D8DA"/>
              <w:left w:val="single" w:sz="4" w:space="0" w:color="D6D8DA"/>
              <w:bottom w:val="single" w:sz="4" w:space="0" w:color="D6D8DA"/>
              <w:right w:val="single" w:sz="4" w:space="0" w:color="D6D8DA"/>
            </w:tcBorders>
            <w:shd w:val="clear" w:color="auto" w:fill="F1F3F5"/>
            <w:tcMar>
              <w:top w:w="60" w:type="dxa"/>
              <w:left w:w="90" w:type="dxa"/>
              <w:bottom w:w="60" w:type="dxa"/>
              <w:right w:w="90" w:type="dxa"/>
            </w:tcMar>
            <w:vAlign w:val="center"/>
          </w:tcPr>
          <w:p w14:paraId="17126E2C" w14:textId="77777777" w:rsidR="0025387C" w:rsidRDefault="00000000">
            <w:pPr>
              <w:pStyle w:val="MetadataField"/>
            </w:pPr>
            <w:r>
              <w:rPr>
                <w:b/>
                <w:color w:val="08284E"/>
              </w:rPr>
              <w:t>Makale dili / Manuscript language</w:t>
            </w:r>
          </w:p>
        </w:tc>
        <w:tc>
          <w:tcPr>
            <w:tcW w:w="6452" w:type="dxa"/>
            <w:tcBorders>
              <w:top w:val="single" w:sz="4" w:space="0" w:color="D6D8DA"/>
              <w:left w:val="single" w:sz="4" w:space="0" w:color="D6D8DA"/>
              <w:bottom w:val="single" w:sz="4" w:space="0" w:color="D6D8DA"/>
              <w:right w:val="single" w:sz="4" w:space="0" w:color="D6D8DA"/>
            </w:tcBorders>
            <w:tcMar>
              <w:top w:w="60" w:type="dxa"/>
              <w:left w:w="90" w:type="dxa"/>
              <w:bottom w:w="60" w:type="dxa"/>
              <w:right w:w="90" w:type="dxa"/>
            </w:tcMar>
            <w:vAlign w:val="center"/>
          </w:tcPr>
          <w:p w14:paraId="39193EEA" w14:textId="77777777" w:rsidR="0025387C" w:rsidRDefault="00000000">
            <w:pPr>
              <w:pStyle w:val="MetadataField"/>
            </w:pPr>
            <w:r>
              <w:rPr>
                <w:i/>
                <w:color w:val="6B6F73"/>
              </w:rPr>
              <w:t>☐ Türkçe / Turkish     ☐ İngilizce / English</w:t>
            </w:r>
          </w:p>
        </w:tc>
      </w:tr>
    </w:tbl>
    <w:p w14:paraId="4FAD003D" w14:textId="77777777" w:rsidR="0025387C" w:rsidRDefault="0025387C">
      <w:pPr>
        <w:pStyle w:val="TemplateInstruction"/>
      </w:pPr>
    </w:p>
    <w:p w14:paraId="517D432D" w14:textId="4D8703DE" w:rsidR="00C8658C" w:rsidRDefault="00000000" w:rsidP="00C8658C">
      <w:pPr>
        <w:pStyle w:val="PrimaryArticleTitle"/>
      </w:pPr>
      <w:r>
        <w:t>[MAKALENİN YAZILDIĞI DİLDEKİ ANA BAŞLIK]</w:t>
      </w:r>
    </w:p>
    <w:p w14:paraId="04D13712" w14:textId="693A5074" w:rsidR="00C8658C" w:rsidRDefault="00000000">
      <w:pPr>
        <w:pStyle w:val="TemplateInstruction"/>
        <w:keepNext/>
      </w:pPr>
      <w:r>
        <w:t>Book Antiqua, 14 punto, kalın ve ortalı. / Book Antiqua, 14 pt, bold and centered.</w:t>
      </w:r>
    </w:p>
    <w:p w14:paraId="776FC994" w14:textId="77777777" w:rsidR="00C8658C" w:rsidRDefault="00C8658C">
      <w:pPr>
        <w:pStyle w:val="TemplateInstruction"/>
        <w:keepNext/>
      </w:pPr>
    </w:p>
    <w:p w14:paraId="724D42CF" w14:textId="65D2A197" w:rsidR="00C8658C" w:rsidRPr="00C8658C" w:rsidRDefault="00000000" w:rsidP="00C8658C">
      <w:pPr>
        <w:keepNext/>
        <w:spacing w:after="200" w:line="360" w:lineRule="auto"/>
        <w:ind w:firstLine="0"/>
        <w:jc w:val="center"/>
        <w:rPr>
          <w:rFonts w:eastAsia="Times New Roman" w:cstheme="minorBidi"/>
          <w:b/>
          <w:color w:val="A8792A"/>
          <w:sz w:val="24"/>
          <w:szCs w:val="20"/>
        </w:rPr>
      </w:pPr>
      <w:r w:rsidRPr="00C8658C">
        <w:rPr>
          <w:rFonts w:eastAsia="Times New Roman" w:cstheme="minorBidi"/>
          <w:b/>
          <w:color w:val="A8792A"/>
          <w:sz w:val="24"/>
          <w:szCs w:val="20"/>
        </w:rPr>
        <w:t>[TITLE IN THE SECOND LANGUAGE]</w:t>
      </w:r>
    </w:p>
    <w:p w14:paraId="7606C784" w14:textId="77777777" w:rsidR="0025387C" w:rsidRDefault="00000000" w:rsidP="00A21476">
      <w:pPr>
        <w:pStyle w:val="TemplateInstruction"/>
        <w:keepNext/>
        <w:jc w:val="both"/>
      </w:pPr>
      <w:r>
        <w:t>Book Antiqua, 12 punto, kalın ve ortalı. / Book Antiqua, 12 pt, bold and centered.</w:t>
      </w:r>
    </w:p>
    <w:p w14:paraId="48E36CAE" w14:textId="77777777" w:rsidR="00C8658C" w:rsidRDefault="00C8658C" w:rsidP="00A21476">
      <w:pPr>
        <w:pStyle w:val="TemplateInstruction"/>
        <w:keepNext/>
        <w:jc w:val="both"/>
      </w:pPr>
    </w:p>
    <w:p w14:paraId="7D20FEB2" w14:textId="77777777" w:rsidR="0025387C" w:rsidRDefault="00000000" w:rsidP="00A21476">
      <w:pPr>
        <w:pStyle w:val="AbstractHeading"/>
        <w:jc w:val="both"/>
      </w:pPr>
      <w:r>
        <w:t>Öz</w:t>
      </w:r>
    </w:p>
    <w:p w14:paraId="75D7FAA8" w14:textId="77777777" w:rsidR="0025387C" w:rsidRDefault="00000000" w:rsidP="00A21476">
      <w:pPr>
        <w:pStyle w:val="AbstractText"/>
      </w:pPr>
      <w:r>
        <w:rPr>
          <w:i/>
          <w:color w:val="6B6F73"/>
        </w:rPr>
        <w:t>[Amaç, yöntem, kapsam, temel bulgular ve sonucu 150–250 kelimelik tek paragrafta yazınız. Atıf, dipnot, tablo, şekil veya açıklanmamış kısaltma kullanmayınız.]</w:t>
      </w:r>
    </w:p>
    <w:p w14:paraId="79B7F2F1" w14:textId="77777777" w:rsidR="0025387C" w:rsidRDefault="00000000" w:rsidP="00A21476">
      <w:pPr>
        <w:pStyle w:val="KeywordsText"/>
        <w:rPr>
          <w:i/>
          <w:color w:val="6B6F73"/>
        </w:rPr>
      </w:pPr>
      <w:proofErr w:type="spellStart"/>
      <w:r>
        <w:rPr>
          <w:b/>
        </w:rPr>
        <w:t>Anahtar</w:t>
      </w:r>
      <w:proofErr w:type="spellEnd"/>
      <w:r>
        <w:rPr>
          <w:b/>
        </w:rPr>
        <w:t xml:space="preserve"> Kelimeler: </w:t>
      </w:r>
      <w:r>
        <w:rPr>
          <w:i/>
          <w:color w:val="6B6F73"/>
        </w:rPr>
        <w:t xml:space="preserve">[4–6 </w:t>
      </w:r>
      <w:proofErr w:type="spellStart"/>
      <w:r>
        <w:rPr>
          <w:i/>
          <w:color w:val="6B6F73"/>
        </w:rPr>
        <w:t>anahtar</w:t>
      </w:r>
      <w:proofErr w:type="spellEnd"/>
      <w:r>
        <w:rPr>
          <w:i/>
          <w:color w:val="6B6F73"/>
        </w:rPr>
        <w:t xml:space="preserve"> kelime / 4–6 keywords]</w:t>
      </w:r>
    </w:p>
    <w:p w14:paraId="6DA8C82D" w14:textId="77777777" w:rsidR="00C8658C" w:rsidRDefault="00C8658C" w:rsidP="00A21476">
      <w:pPr>
        <w:pStyle w:val="KeywordsText"/>
      </w:pPr>
    </w:p>
    <w:p w14:paraId="20F007C1" w14:textId="77777777" w:rsidR="0025387C" w:rsidRDefault="00000000" w:rsidP="00A21476">
      <w:pPr>
        <w:pStyle w:val="AbstractHeading"/>
        <w:jc w:val="both"/>
      </w:pPr>
      <w:r>
        <w:t>Abstract</w:t>
      </w:r>
    </w:p>
    <w:p w14:paraId="336648DC" w14:textId="77777777" w:rsidR="0025387C" w:rsidRDefault="00000000" w:rsidP="00A21476">
      <w:pPr>
        <w:pStyle w:val="AbstractText"/>
      </w:pPr>
      <w:r>
        <w:rPr>
          <w:i/>
          <w:color w:val="6B6F73"/>
        </w:rPr>
        <w:t>[State the purpose, method, scope, principal findings and conclusion in one paragraph of 150–250 words. Do not use citations, footnotes, tables, figures or unexplained abbreviations.]</w:t>
      </w:r>
    </w:p>
    <w:p w14:paraId="76060047" w14:textId="77777777" w:rsidR="0025387C" w:rsidRDefault="00000000" w:rsidP="00A21476">
      <w:pPr>
        <w:pStyle w:val="KeywordsText"/>
      </w:pPr>
      <w:r>
        <w:rPr>
          <w:b/>
        </w:rPr>
        <w:t xml:space="preserve">Keywords: </w:t>
      </w:r>
      <w:r>
        <w:rPr>
          <w:i/>
          <w:color w:val="6B6F73"/>
        </w:rPr>
        <w:t>[4–6 anahtar kelime / 4–6 keywords]</w:t>
      </w:r>
    </w:p>
    <w:p w14:paraId="5F459442" w14:textId="77777777" w:rsidR="0025387C" w:rsidRDefault="00000000" w:rsidP="00A21476">
      <w:pPr>
        <w:pStyle w:val="KeywordsText"/>
      </w:pPr>
      <w:r>
        <w:rPr>
          <w:b/>
        </w:rPr>
        <w:t xml:space="preserve">JEL Kodları / JEL Codes: </w:t>
      </w:r>
      <w:r>
        <w:rPr>
          <w:i/>
          <w:color w:val="6B6F73"/>
        </w:rPr>
        <w:t>[Uygulanıyorsa / If applicable]</w:t>
      </w:r>
    </w:p>
    <w:p w14:paraId="0B559A8C" w14:textId="77777777" w:rsidR="0025387C" w:rsidRDefault="00000000" w:rsidP="00A21476">
      <w:r>
        <w:br w:type="page"/>
      </w:r>
    </w:p>
    <w:tbl>
      <w:tblPr>
        <w:tblW w:w="8952" w:type="dxa"/>
        <w:tblInd w:w="120" w:type="dxa"/>
        <w:tblLayout w:type="fixed"/>
        <w:tblLook w:val="04A0" w:firstRow="1" w:lastRow="0" w:firstColumn="1" w:lastColumn="0" w:noHBand="0" w:noVBand="1"/>
      </w:tblPr>
      <w:tblGrid>
        <w:gridCol w:w="8952"/>
      </w:tblGrid>
      <w:tr w:rsidR="0025387C" w14:paraId="738246E3" w14:textId="77777777">
        <w:tc>
          <w:tcPr>
            <w:tcW w:w="8952" w:type="dxa"/>
            <w:tcBorders>
              <w:top w:val="single" w:sz="6" w:space="0" w:color="A8792A"/>
              <w:left w:val="single" w:sz="6" w:space="0" w:color="A8792A"/>
              <w:bottom w:val="single" w:sz="6" w:space="0" w:color="A8792A"/>
              <w:right w:val="single" w:sz="6" w:space="0" w:color="A8792A"/>
            </w:tcBorders>
            <w:shd w:val="clear" w:color="auto" w:fill="FFF7E6"/>
            <w:tcMar>
              <w:top w:w="95" w:type="dxa"/>
              <w:left w:w="130" w:type="dxa"/>
              <w:bottom w:w="95" w:type="dxa"/>
              <w:right w:w="130" w:type="dxa"/>
            </w:tcMar>
          </w:tcPr>
          <w:p w14:paraId="6E1695EB" w14:textId="77777777" w:rsidR="0025387C" w:rsidRDefault="00000000" w:rsidP="00A21476">
            <w:pPr>
              <w:pStyle w:val="TemplateInstruction"/>
              <w:spacing w:after="20"/>
              <w:jc w:val="both"/>
            </w:pPr>
            <w:r>
              <w:rPr>
                <w:b/>
                <w:i w:val="0"/>
                <w:color w:val="08284E"/>
                <w:sz w:val="17"/>
              </w:rPr>
              <w:lastRenderedPageBreak/>
              <w:t>BİÇİM AYARLARI / FORMAT SETTINGS</w:t>
            </w:r>
            <w:r>
              <w:rPr>
                <w:b/>
                <w:i w:val="0"/>
                <w:color w:val="08284E"/>
                <w:sz w:val="17"/>
              </w:rPr>
              <w:br/>
            </w:r>
            <w:r>
              <w:t>Ana metin: Book Antiqua, 10 punto, 1,15 satır, iki yana yaslı • Öz/Abstract: 8 punto • Tablo/şekil başlığı, tablo metni ve notları: 8 punto • Kaynakça: APA 7, 10 punto, tek satır ve 1,25 cm asılı girinti. Bütün gri açıklamaları gönderimden önce siliniz. / Body: Book Antiqua, 10 pt, 1.15 spacing, justified • Abstracts: 8 pt • Table/figure titles, table text and notes: 8 pt • References: APA 7, 10 pt, single spacing and 1.25 cm hanging indent. Delete all grey guidance before submission.</w:t>
            </w:r>
          </w:p>
        </w:tc>
      </w:tr>
    </w:tbl>
    <w:p w14:paraId="67E66FAB" w14:textId="77777777" w:rsidR="0025387C" w:rsidRDefault="0025387C" w:rsidP="00A21476">
      <w:pPr>
        <w:pStyle w:val="TemplateInstruction"/>
        <w:spacing w:line="48" w:lineRule="auto"/>
        <w:jc w:val="both"/>
      </w:pPr>
    </w:p>
    <w:p w14:paraId="0E56E10B" w14:textId="77777777" w:rsidR="0025387C" w:rsidRDefault="00000000" w:rsidP="00A21476">
      <w:pPr>
        <w:pStyle w:val="Heading1"/>
        <w:jc w:val="both"/>
      </w:pPr>
      <w:r>
        <w:rPr>
          <w:rFonts w:ascii="Book Antiqua" w:eastAsia="Book Antiqua" w:hAnsi="Book Antiqua" w:cs="Book Antiqua"/>
        </w:rPr>
        <w:t>Giriş / Introduction</w:t>
      </w:r>
    </w:p>
    <w:p w14:paraId="36042861" w14:textId="77777777" w:rsidR="0025387C" w:rsidRPr="00D61DA4" w:rsidRDefault="00000000" w:rsidP="00A21476">
      <w:pPr>
        <w:pStyle w:val="TemplateInstruction"/>
        <w:keepNext/>
        <w:spacing w:line="276" w:lineRule="auto"/>
        <w:jc w:val="both"/>
        <w:rPr>
          <w:i w:val="0"/>
          <w:iCs/>
          <w:color w:val="auto"/>
          <w:sz w:val="20"/>
          <w:szCs w:val="28"/>
        </w:rPr>
      </w:pPr>
      <w:r w:rsidRPr="00D61DA4">
        <w:rPr>
          <w:i w:val="0"/>
          <w:iCs/>
          <w:color w:val="auto"/>
          <w:sz w:val="20"/>
          <w:szCs w:val="28"/>
        </w:rPr>
        <w:t>Araştırma problemini veya derlemenin bağlamını, önemini, amacını, soruları ve özgün katkıyı açıklayınız. / Explain the research problem or review context, significance, purpose, questions and original contribution.</w:t>
      </w:r>
    </w:p>
    <w:p w14:paraId="58A562BF" w14:textId="77777777" w:rsidR="0025387C" w:rsidRDefault="00000000" w:rsidP="00A21476">
      <w:pPr>
        <w:pStyle w:val="Heading1"/>
        <w:jc w:val="both"/>
      </w:pPr>
      <w:r>
        <w:rPr>
          <w:rFonts w:ascii="Book Antiqua" w:eastAsia="Book Antiqua" w:hAnsi="Book Antiqua" w:cs="Book Antiqua"/>
        </w:rPr>
        <w:t>[</w:t>
      </w:r>
      <w:proofErr w:type="spellStart"/>
      <w:r>
        <w:rPr>
          <w:rFonts w:ascii="Book Antiqua" w:eastAsia="Book Antiqua" w:hAnsi="Book Antiqua" w:cs="Book Antiqua"/>
        </w:rPr>
        <w:t>Araştırma</w:t>
      </w:r>
      <w:proofErr w:type="spellEnd"/>
      <w:r>
        <w:rPr>
          <w:rFonts w:ascii="Book Antiqua" w:eastAsia="Book Antiqua" w:hAnsi="Book Antiqua" w:cs="Book Antiqua"/>
        </w:rPr>
        <w:t xml:space="preserve">: </w:t>
      </w:r>
      <w:proofErr w:type="spellStart"/>
      <w:r>
        <w:rPr>
          <w:rFonts w:ascii="Book Antiqua" w:eastAsia="Book Antiqua" w:hAnsi="Book Antiqua" w:cs="Book Antiqua"/>
        </w:rPr>
        <w:t>Literatür</w:t>
      </w:r>
      <w:proofErr w:type="spellEnd"/>
      <w:r>
        <w:rPr>
          <w:rFonts w:ascii="Book Antiqua" w:eastAsia="Book Antiqua" w:hAnsi="Book Antiqua" w:cs="Book Antiqua"/>
        </w:rPr>
        <w:t xml:space="preserve"> </w:t>
      </w:r>
      <w:proofErr w:type="spellStart"/>
      <w:r>
        <w:rPr>
          <w:rFonts w:ascii="Book Antiqua" w:eastAsia="Book Antiqua" w:hAnsi="Book Antiqua" w:cs="Book Antiqua"/>
        </w:rPr>
        <w:t>Taraması</w:t>
      </w:r>
      <w:proofErr w:type="spellEnd"/>
      <w:r>
        <w:rPr>
          <w:rFonts w:ascii="Book Antiqua" w:eastAsia="Book Antiqua" w:hAnsi="Book Antiqua" w:cs="Book Antiqua"/>
        </w:rPr>
        <w:t xml:space="preserve"> </w:t>
      </w:r>
      <w:proofErr w:type="spellStart"/>
      <w:r>
        <w:rPr>
          <w:rFonts w:ascii="Book Antiqua" w:eastAsia="Book Antiqua" w:hAnsi="Book Antiqua" w:cs="Book Antiqua"/>
        </w:rPr>
        <w:t>veya</w:t>
      </w:r>
      <w:proofErr w:type="spellEnd"/>
      <w:r>
        <w:rPr>
          <w:rFonts w:ascii="Book Antiqua" w:eastAsia="Book Antiqua" w:hAnsi="Book Antiqua" w:cs="Book Antiqua"/>
        </w:rPr>
        <w:t xml:space="preserve"> Kuramsal Çerçeve] / [Derleme: Amaç ve Kapsam]</w:t>
      </w:r>
    </w:p>
    <w:p w14:paraId="5BCA146C" w14:textId="77777777" w:rsidR="0025387C" w:rsidRPr="00D61DA4" w:rsidRDefault="00000000" w:rsidP="00A21476">
      <w:pPr>
        <w:pStyle w:val="TemplateInstruction"/>
        <w:keepNext/>
        <w:spacing w:line="276" w:lineRule="auto"/>
        <w:jc w:val="both"/>
        <w:rPr>
          <w:i w:val="0"/>
          <w:iCs/>
          <w:color w:val="auto"/>
          <w:sz w:val="20"/>
          <w:szCs w:val="28"/>
        </w:rPr>
      </w:pPr>
      <w:r w:rsidRPr="00D61DA4">
        <w:rPr>
          <w:i w:val="0"/>
          <w:iCs/>
          <w:color w:val="auto"/>
          <w:sz w:val="20"/>
          <w:szCs w:val="28"/>
        </w:rPr>
        <w:t>Makale türünüze uymayan başlık seçeneğini siliniz. / Delete the heading alternative that does not apply to your article type.</w:t>
      </w:r>
    </w:p>
    <w:p w14:paraId="765C15A9" w14:textId="77777777" w:rsidR="0025387C" w:rsidRDefault="00000000" w:rsidP="00A21476">
      <w:pPr>
        <w:pStyle w:val="Heading1"/>
        <w:jc w:val="both"/>
      </w:pPr>
      <w:r>
        <w:rPr>
          <w:rFonts w:ascii="Book Antiqua" w:eastAsia="Book Antiqua" w:hAnsi="Book Antiqua" w:cs="Book Antiqua"/>
        </w:rPr>
        <w:t>[</w:t>
      </w:r>
      <w:proofErr w:type="spellStart"/>
      <w:r>
        <w:rPr>
          <w:rFonts w:ascii="Book Antiqua" w:eastAsia="Book Antiqua" w:hAnsi="Book Antiqua" w:cs="Book Antiqua"/>
        </w:rPr>
        <w:t>Araştırma</w:t>
      </w:r>
      <w:proofErr w:type="spellEnd"/>
      <w:r>
        <w:rPr>
          <w:rFonts w:ascii="Book Antiqua" w:eastAsia="Book Antiqua" w:hAnsi="Book Antiqua" w:cs="Book Antiqua"/>
        </w:rPr>
        <w:t xml:space="preserve">: </w:t>
      </w:r>
      <w:proofErr w:type="spellStart"/>
      <w:r>
        <w:rPr>
          <w:rFonts w:ascii="Book Antiqua" w:eastAsia="Book Antiqua" w:hAnsi="Book Antiqua" w:cs="Book Antiqua"/>
        </w:rPr>
        <w:t>Yöntem</w:t>
      </w:r>
      <w:proofErr w:type="spellEnd"/>
      <w:r>
        <w:rPr>
          <w:rFonts w:ascii="Book Antiqua" w:eastAsia="Book Antiqua" w:hAnsi="Book Antiqua" w:cs="Book Antiqua"/>
        </w:rPr>
        <w:t>] / [</w:t>
      </w:r>
      <w:proofErr w:type="spellStart"/>
      <w:r>
        <w:rPr>
          <w:rFonts w:ascii="Book Antiqua" w:eastAsia="Book Antiqua" w:hAnsi="Book Antiqua" w:cs="Book Antiqua"/>
        </w:rPr>
        <w:t>Derleme</w:t>
      </w:r>
      <w:proofErr w:type="spellEnd"/>
      <w:r>
        <w:rPr>
          <w:rFonts w:ascii="Book Antiqua" w:eastAsia="Book Antiqua" w:hAnsi="Book Antiqua" w:cs="Book Antiqua"/>
        </w:rPr>
        <w:t>: Literatürün Belirlenme veya İncelenme Yöntemi]</w:t>
      </w:r>
    </w:p>
    <w:p w14:paraId="3C5AACE6" w14:textId="5995EB91" w:rsidR="0025387C" w:rsidRPr="00D61DA4" w:rsidRDefault="00000000" w:rsidP="00A21476">
      <w:pPr>
        <w:pStyle w:val="TemplateInstruction"/>
        <w:keepNext/>
        <w:spacing w:line="276" w:lineRule="auto"/>
        <w:jc w:val="both"/>
        <w:rPr>
          <w:i w:val="0"/>
          <w:iCs/>
          <w:color w:val="auto"/>
          <w:sz w:val="20"/>
          <w:szCs w:val="28"/>
        </w:rPr>
      </w:pPr>
      <w:r w:rsidRPr="00D61DA4">
        <w:rPr>
          <w:i w:val="0"/>
          <w:iCs/>
          <w:color w:val="auto"/>
          <w:sz w:val="20"/>
          <w:szCs w:val="28"/>
        </w:rPr>
        <w:t>Araştırma makalesinde tasarım, örneklem/veri, araçlar, süreç, analiz ve etiği; derlemede veri tabanları, arama, dahil etme/dışlama ve sentez yöntemini açıklayınız. / Explain research design, sample/data, instruments, procedure, analysis and ethics; for reviews, explain databases, search, inclusion/exclusion and synthesis.</w:t>
      </w:r>
    </w:p>
    <w:p w14:paraId="7DA7D1F6" w14:textId="77777777" w:rsidR="0025387C" w:rsidRDefault="00000000" w:rsidP="00A21476">
      <w:pPr>
        <w:pStyle w:val="Heading1"/>
        <w:jc w:val="both"/>
      </w:pPr>
      <w:r>
        <w:rPr>
          <w:rFonts w:ascii="Book Antiqua" w:eastAsia="Book Antiqua" w:hAnsi="Book Antiqua" w:cs="Book Antiqua"/>
        </w:rPr>
        <w:t>[Araştırma: Bulgular] / [Derleme: Tematik veya Kavramsal Tartışma]</w:t>
      </w:r>
    </w:p>
    <w:p w14:paraId="2A2EC57A" w14:textId="77777777" w:rsidR="0025387C" w:rsidRPr="00D61DA4" w:rsidRDefault="00000000" w:rsidP="00A21476">
      <w:pPr>
        <w:pStyle w:val="TemplateInstruction"/>
        <w:keepNext/>
        <w:spacing w:line="276" w:lineRule="auto"/>
        <w:jc w:val="both"/>
        <w:rPr>
          <w:i w:val="0"/>
          <w:iCs/>
          <w:color w:val="auto"/>
          <w:sz w:val="20"/>
          <w:szCs w:val="28"/>
        </w:rPr>
      </w:pPr>
      <w:r w:rsidRPr="00D61DA4">
        <w:rPr>
          <w:i w:val="0"/>
          <w:iCs/>
          <w:color w:val="auto"/>
          <w:sz w:val="20"/>
          <w:szCs w:val="28"/>
        </w:rPr>
        <w:t>Bulguları veya temaları açık, düzenli ve nesnel biçimde sununuz. / Present findings or themes clearly, coherently and objectively.</w:t>
      </w:r>
    </w:p>
    <w:p w14:paraId="325C22D0" w14:textId="77777777" w:rsidR="0025387C" w:rsidRDefault="00000000" w:rsidP="00A21476">
      <w:pPr>
        <w:pStyle w:val="Caption"/>
        <w:jc w:val="both"/>
      </w:pPr>
      <w:r>
        <w:t>Tablo 1 / Table 1. [Açıklayıcı tablo başlığı / Descriptive table title]</w:t>
      </w:r>
    </w:p>
    <w:tbl>
      <w:tblPr>
        <w:tblW w:w="9072" w:type="dxa"/>
        <w:tblInd w:w="120" w:type="dxa"/>
        <w:tblLayout w:type="fixed"/>
        <w:tblLook w:val="04A0" w:firstRow="1" w:lastRow="0" w:firstColumn="1" w:lastColumn="0" w:noHBand="0" w:noVBand="1"/>
      </w:tblPr>
      <w:tblGrid>
        <w:gridCol w:w="4072"/>
        <w:gridCol w:w="2500"/>
        <w:gridCol w:w="2500"/>
      </w:tblGrid>
      <w:tr w:rsidR="0025387C" w14:paraId="7BB8A8FA" w14:textId="77777777">
        <w:trPr>
          <w:cantSplit/>
          <w:tblHeader/>
        </w:trPr>
        <w:tc>
          <w:tcPr>
            <w:tcW w:w="4072" w:type="dxa"/>
            <w:tcBorders>
              <w:top w:val="single" w:sz="4" w:space="0" w:color="AEB2B6"/>
              <w:left w:val="single" w:sz="4" w:space="0" w:color="AEB2B6"/>
              <w:bottom w:val="single" w:sz="4" w:space="0" w:color="AEB2B6"/>
              <w:right w:val="single" w:sz="4" w:space="0" w:color="AEB2B6"/>
            </w:tcBorders>
            <w:shd w:val="clear" w:color="auto" w:fill="F1F3F5"/>
            <w:tcMar>
              <w:top w:w="65" w:type="dxa"/>
              <w:left w:w="80" w:type="dxa"/>
              <w:bottom w:w="65" w:type="dxa"/>
              <w:right w:w="80" w:type="dxa"/>
            </w:tcMar>
            <w:vAlign w:val="center"/>
          </w:tcPr>
          <w:p w14:paraId="13B05C8F" w14:textId="77777777" w:rsidR="0025387C" w:rsidRDefault="00000000" w:rsidP="00A21476">
            <w:pPr>
              <w:pStyle w:val="TableText"/>
              <w:jc w:val="both"/>
            </w:pPr>
            <w:r>
              <w:rPr>
                <w:b/>
              </w:rPr>
              <w:t>Değişken / Variable</w:t>
            </w:r>
          </w:p>
        </w:tc>
        <w:tc>
          <w:tcPr>
            <w:tcW w:w="2500" w:type="dxa"/>
            <w:tcBorders>
              <w:top w:val="single" w:sz="4" w:space="0" w:color="AEB2B6"/>
              <w:left w:val="single" w:sz="4" w:space="0" w:color="AEB2B6"/>
              <w:bottom w:val="single" w:sz="4" w:space="0" w:color="AEB2B6"/>
              <w:right w:val="single" w:sz="4" w:space="0" w:color="AEB2B6"/>
            </w:tcBorders>
            <w:shd w:val="clear" w:color="auto" w:fill="F1F3F5"/>
            <w:tcMar>
              <w:top w:w="65" w:type="dxa"/>
              <w:left w:w="80" w:type="dxa"/>
              <w:bottom w:w="65" w:type="dxa"/>
              <w:right w:w="80" w:type="dxa"/>
            </w:tcMar>
            <w:vAlign w:val="center"/>
          </w:tcPr>
          <w:p w14:paraId="6FDB8900" w14:textId="77777777" w:rsidR="0025387C" w:rsidRDefault="00000000" w:rsidP="00A21476">
            <w:pPr>
              <w:pStyle w:val="TableText"/>
              <w:jc w:val="both"/>
            </w:pPr>
            <w:r>
              <w:rPr>
                <w:b/>
              </w:rPr>
              <w:t>Değer / Value</w:t>
            </w:r>
          </w:p>
        </w:tc>
        <w:tc>
          <w:tcPr>
            <w:tcW w:w="2500" w:type="dxa"/>
            <w:tcBorders>
              <w:top w:val="single" w:sz="4" w:space="0" w:color="AEB2B6"/>
              <w:left w:val="single" w:sz="4" w:space="0" w:color="AEB2B6"/>
              <w:bottom w:val="single" w:sz="4" w:space="0" w:color="AEB2B6"/>
              <w:right w:val="single" w:sz="4" w:space="0" w:color="AEB2B6"/>
            </w:tcBorders>
            <w:shd w:val="clear" w:color="auto" w:fill="F1F3F5"/>
            <w:tcMar>
              <w:top w:w="65" w:type="dxa"/>
              <w:left w:w="80" w:type="dxa"/>
              <w:bottom w:w="65" w:type="dxa"/>
              <w:right w:w="80" w:type="dxa"/>
            </w:tcMar>
            <w:vAlign w:val="center"/>
          </w:tcPr>
          <w:p w14:paraId="5423C7E6" w14:textId="77777777" w:rsidR="0025387C" w:rsidRDefault="00000000" w:rsidP="00A21476">
            <w:pPr>
              <w:pStyle w:val="TableText"/>
              <w:jc w:val="both"/>
            </w:pPr>
            <w:r>
              <w:rPr>
                <w:b/>
              </w:rPr>
              <w:t>Açıklama / Description</w:t>
            </w:r>
          </w:p>
        </w:tc>
      </w:tr>
      <w:tr w:rsidR="0025387C" w14:paraId="5635A9CC" w14:textId="77777777">
        <w:trPr>
          <w:cantSplit/>
        </w:trPr>
        <w:tc>
          <w:tcPr>
            <w:tcW w:w="4072" w:type="dxa"/>
            <w:tcBorders>
              <w:top w:val="single" w:sz="4" w:space="0" w:color="AEB2B6"/>
              <w:left w:val="single" w:sz="4" w:space="0" w:color="AEB2B6"/>
              <w:bottom w:val="single" w:sz="4" w:space="0" w:color="AEB2B6"/>
              <w:right w:val="single" w:sz="4" w:space="0" w:color="AEB2B6"/>
            </w:tcBorders>
            <w:tcMar>
              <w:top w:w="65" w:type="dxa"/>
              <w:left w:w="80" w:type="dxa"/>
              <w:bottom w:w="65" w:type="dxa"/>
              <w:right w:w="80" w:type="dxa"/>
            </w:tcMar>
            <w:vAlign w:val="center"/>
          </w:tcPr>
          <w:p w14:paraId="76378AA2" w14:textId="77777777" w:rsidR="0025387C" w:rsidRPr="00D61DA4" w:rsidRDefault="00000000" w:rsidP="00A21476">
            <w:pPr>
              <w:pStyle w:val="TableText"/>
              <w:jc w:val="both"/>
              <w:rPr>
                <w:iCs/>
                <w:color w:val="auto"/>
              </w:rPr>
            </w:pPr>
            <w:r w:rsidRPr="00D61DA4">
              <w:rPr>
                <w:iCs/>
                <w:color w:val="auto"/>
              </w:rPr>
              <w:t>[Değişken]</w:t>
            </w:r>
          </w:p>
        </w:tc>
        <w:tc>
          <w:tcPr>
            <w:tcW w:w="2500" w:type="dxa"/>
            <w:tcBorders>
              <w:top w:val="single" w:sz="4" w:space="0" w:color="AEB2B6"/>
              <w:left w:val="single" w:sz="4" w:space="0" w:color="AEB2B6"/>
              <w:bottom w:val="single" w:sz="4" w:space="0" w:color="AEB2B6"/>
              <w:right w:val="single" w:sz="4" w:space="0" w:color="AEB2B6"/>
            </w:tcBorders>
            <w:tcMar>
              <w:top w:w="65" w:type="dxa"/>
              <w:left w:w="80" w:type="dxa"/>
              <w:bottom w:w="65" w:type="dxa"/>
              <w:right w:w="80" w:type="dxa"/>
            </w:tcMar>
            <w:vAlign w:val="center"/>
          </w:tcPr>
          <w:p w14:paraId="4BCE66F5" w14:textId="77777777" w:rsidR="0025387C" w:rsidRPr="00D61DA4" w:rsidRDefault="00000000" w:rsidP="00A21476">
            <w:pPr>
              <w:pStyle w:val="TableText"/>
              <w:jc w:val="both"/>
              <w:rPr>
                <w:iCs/>
                <w:color w:val="auto"/>
              </w:rPr>
            </w:pPr>
            <w:r w:rsidRPr="00D61DA4">
              <w:rPr>
                <w:iCs/>
                <w:color w:val="auto"/>
              </w:rPr>
              <w:t>[Değer]</w:t>
            </w:r>
          </w:p>
        </w:tc>
        <w:tc>
          <w:tcPr>
            <w:tcW w:w="2500" w:type="dxa"/>
            <w:tcBorders>
              <w:top w:val="single" w:sz="4" w:space="0" w:color="AEB2B6"/>
              <w:left w:val="single" w:sz="4" w:space="0" w:color="AEB2B6"/>
              <w:bottom w:val="single" w:sz="4" w:space="0" w:color="AEB2B6"/>
              <w:right w:val="single" w:sz="4" w:space="0" w:color="AEB2B6"/>
            </w:tcBorders>
            <w:tcMar>
              <w:top w:w="65" w:type="dxa"/>
              <w:left w:w="80" w:type="dxa"/>
              <w:bottom w:w="65" w:type="dxa"/>
              <w:right w:w="80" w:type="dxa"/>
            </w:tcMar>
            <w:vAlign w:val="center"/>
          </w:tcPr>
          <w:p w14:paraId="48509374" w14:textId="77777777" w:rsidR="0025387C" w:rsidRPr="00D61DA4" w:rsidRDefault="00000000" w:rsidP="00A21476">
            <w:pPr>
              <w:pStyle w:val="TableText"/>
              <w:jc w:val="both"/>
              <w:rPr>
                <w:iCs/>
                <w:color w:val="auto"/>
              </w:rPr>
            </w:pPr>
            <w:r w:rsidRPr="00D61DA4">
              <w:rPr>
                <w:iCs/>
                <w:color w:val="auto"/>
              </w:rPr>
              <w:t>[Açıklama]</w:t>
            </w:r>
          </w:p>
        </w:tc>
      </w:tr>
      <w:tr w:rsidR="0025387C" w14:paraId="56BDE931" w14:textId="77777777">
        <w:trPr>
          <w:cantSplit/>
        </w:trPr>
        <w:tc>
          <w:tcPr>
            <w:tcW w:w="4072" w:type="dxa"/>
            <w:tcBorders>
              <w:top w:val="single" w:sz="4" w:space="0" w:color="AEB2B6"/>
              <w:left w:val="single" w:sz="4" w:space="0" w:color="AEB2B6"/>
              <w:bottom w:val="single" w:sz="4" w:space="0" w:color="AEB2B6"/>
              <w:right w:val="single" w:sz="4" w:space="0" w:color="AEB2B6"/>
            </w:tcBorders>
            <w:tcMar>
              <w:top w:w="65" w:type="dxa"/>
              <w:left w:w="80" w:type="dxa"/>
              <w:bottom w:w="65" w:type="dxa"/>
              <w:right w:w="80" w:type="dxa"/>
            </w:tcMar>
            <w:vAlign w:val="center"/>
          </w:tcPr>
          <w:p w14:paraId="63BFDD16" w14:textId="77777777" w:rsidR="0025387C" w:rsidRPr="00D61DA4" w:rsidRDefault="00000000" w:rsidP="00A21476">
            <w:pPr>
              <w:pStyle w:val="TableText"/>
              <w:jc w:val="both"/>
              <w:rPr>
                <w:iCs/>
                <w:color w:val="auto"/>
              </w:rPr>
            </w:pPr>
            <w:r w:rsidRPr="00D61DA4">
              <w:rPr>
                <w:iCs/>
                <w:color w:val="auto"/>
              </w:rPr>
              <w:t>[Değişken]</w:t>
            </w:r>
          </w:p>
        </w:tc>
        <w:tc>
          <w:tcPr>
            <w:tcW w:w="2500" w:type="dxa"/>
            <w:tcBorders>
              <w:top w:val="single" w:sz="4" w:space="0" w:color="AEB2B6"/>
              <w:left w:val="single" w:sz="4" w:space="0" w:color="AEB2B6"/>
              <w:bottom w:val="single" w:sz="4" w:space="0" w:color="AEB2B6"/>
              <w:right w:val="single" w:sz="4" w:space="0" w:color="AEB2B6"/>
            </w:tcBorders>
            <w:tcMar>
              <w:top w:w="65" w:type="dxa"/>
              <w:left w:w="80" w:type="dxa"/>
              <w:bottom w:w="65" w:type="dxa"/>
              <w:right w:w="80" w:type="dxa"/>
            </w:tcMar>
            <w:vAlign w:val="center"/>
          </w:tcPr>
          <w:p w14:paraId="529176FF" w14:textId="77777777" w:rsidR="0025387C" w:rsidRPr="00D61DA4" w:rsidRDefault="00000000" w:rsidP="00A21476">
            <w:pPr>
              <w:pStyle w:val="TableText"/>
              <w:jc w:val="both"/>
              <w:rPr>
                <w:iCs/>
                <w:color w:val="auto"/>
              </w:rPr>
            </w:pPr>
            <w:r w:rsidRPr="00D61DA4">
              <w:rPr>
                <w:iCs/>
                <w:color w:val="auto"/>
              </w:rPr>
              <w:t>[Değer]</w:t>
            </w:r>
          </w:p>
        </w:tc>
        <w:tc>
          <w:tcPr>
            <w:tcW w:w="2500" w:type="dxa"/>
            <w:tcBorders>
              <w:top w:val="single" w:sz="4" w:space="0" w:color="AEB2B6"/>
              <w:left w:val="single" w:sz="4" w:space="0" w:color="AEB2B6"/>
              <w:bottom w:val="single" w:sz="4" w:space="0" w:color="AEB2B6"/>
              <w:right w:val="single" w:sz="4" w:space="0" w:color="AEB2B6"/>
            </w:tcBorders>
            <w:tcMar>
              <w:top w:w="65" w:type="dxa"/>
              <w:left w:w="80" w:type="dxa"/>
              <w:bottom w:w="65" w:type="dxa"/>
              <w:right w:w="80" w:type="dxa"/>
            </w:tcMar>
            <w:vAlign w:val="center"/>
          </w:tcPr>
          <w:p w14:paraId="318F04F5" w14:textId="77777777" w:rsidR="0025387C" w:rsidRPr="00D61DA4" w:rsidRDefault="00000000" w:rsidP="00A21476">
            <w:pPr>
              <w:pStyle w:val="TableText"/>
              <w:jc w:val="both"/>
              <w:rPr>
                <w:iCs/>
                <w:color w:val="auto"/>
              </w:rPr>
            </w:pPr>
            <w:r w:rsidRPr="00D61DA4">
              <w:rPr>
                <w:iCs/>
                <w:color w:val="auto"/>
              </w:rPr>
              <w:t>[Açıklama]</w:t>
            </w:r>
          </w:p>
        </w:tc>
      </w:tr>
      <w:tr w:rsidR="0025387C" w14:paraId="1E92BBE2" w14:textId="77777777">
        <w:trPr>
          <w:cantSplit/>
        </w:trPr>
        <w:tc>
          <w:tcPr>
            <w:tcW w:w="4072" w:type="dxa"/>
            <w:tcBorders>
              <w:top w:val="single" w:sz="4" w:space="0" w:color="AEB2B6"/>
              <w:left w:val="single" w:sz="4" w:space="0" w:color="AEB2B6"/>
              <w:bottom w:val="single" w:sz="4" w:space="0" w:color="AEB2B6"/>
              <w:right w:val="single" w:sz="4" w:space="0" w:color="AEB2B6"/>
            </w:tcBorders>
            <w:tcMar>
              <w:top w:w="65" w:type="dxa"/>
              <w:left w:w="80" w:type="dxa"/>
              <w:bottom w:w="65" w:type="dxa"/>
              <w:right w:w="80" w:type="dxa"/>
            </w:tcMar>
            <w:vAlign w:val="center"/>
          </w:tcPr>
          <w:p w14:paraId="4EA7F3DC" w14:textId="77777777" w:rsidR="0025387C" w:rsidRPr="00D61DA4" w:rsidRDefault="00000000" w:rsidP="00A21476">
            <w:pPr>
              <w:pStyle w:val="TableText"/>
              <w:jc w:val="both"/>
              <w:rPr>
                <w:iCs/>
                <w:color w:val="auto"/>
              </w:rPr>
            </w:pPr>
            <w:r w:rsidRPr="00D61DA4">
              <w:rPr>
                <w:iCs/>
                <w:color w:val="auto"/>
              </w:rPr>
              <w:t>[Değişken]</w:t>
            </w:r>
          </w:p>
        </w:tc>
        <w:tc>
          <w:tcPr>
            <w:tcW w:w="2500" w:type="dxa"/>
            <w:tcBorders>
              <w:top w:val="single" w:sz="4" w:space="0" w:color="AEB2B6"/>
              <w:left w:val="single" w:sz="4" w:space="0" w:color="AEB2B6"/>
              <w:bottom w:val="single" w:sz="4" w:space="0" w:color="AEB2B6"/>
              <w:right w:val="single" w:sz="4" w:space="0" w:color="AEB2B6"/>
            </w:tcBorders>
            <w:tcMar>
              <w:top w:w="65" w:type="dxa"/>
              <w:left w:w="80" w:type="dxa"/>
              <w:bottom w:w="65" w:type="dxa"/>
              <w:right w:w="80" w:type="dxa"/>
            </w:tcMar>
            <w:vAlign w:val="center"/>
          </w:tcPr>
          <w:p w14:paraId="1C4330D1" w14:textId="77777777" w:rsidR="0025387C" w:rsidRPr="00D61DA4" w:rsidRDefault="00000000" w:rsidP="00A21476">
            <w:pPr>
              <w:pStyle w:val="TableText"/>
              <w:jc w:val="both"/>
              <w:rPr>
                <w:iCs/>
                <w:color w:val="auto"/>
              </w:rPr>
            </w:pPr>
            <w:r w:rsidRPr="00D61DA4">
              <w:rPr>
                <w:iCs/>
                <w:color w:val="auto"/>
              </w:rPr>
              <w:t>[Değer]</w:t>
            </w:r>
          </w:p>
        </w:tc>
        <w:tc>
          <w:tcPr>
            <w:tcW w:w="2500" w:type="dxa"/>
            <w:tcBorders>
              <w:top w:val="single" w:sz="4" w:space="0" w:color="AEB2B6"/>
              <w:left w:val="single" w:sz="4" w:space="0" w:color="AEB2B6"/>
              <w:bottom w:val="single" w:sz="4" w:space="0" w:color="AEB2B6"/>
              <w:right w:val="single" w:sz="4" w:space="0" w:color="AEB2B6"/>
            </w:tcBorders>
            <w:tcMar>
              <w:top w:w="65" w:type="dxa"/>
              <w:left w:w="80" w:type="dxa"/>
              <w:bottom w:w="65" w:type="dxa"/>
              <w:right w:w="80" w:type="dxa"/>
            </w:tcMar>
            <w:vAlign w:val="center"/>
          </w:tcPr>
          <w:p w14:paraId="58B478FF" w14:textId="77777777" w:rsidR="0025387C" w:rsidRPr="00D61DA4" w:rsidRDefault="00000000" w:rsidP="00A21476">
            <w:pPr>
              <w:pStyle w:val="TableText"/>
              <w:jc w:val="both"/>
              <w:rPr>
                <w:iCs/>
                <w:color w:val="auto"/>
              </w:rPr>
            </w:pPr>
            <w:r w:rsidRPr="00D61DA4">
              <w:rPr>
                <w:iCs/>
                <w:color w:val="auto"/>
              </w:rPr>
              <w:t>[Açıklama]</w:t>
            </w:r>
          </w:p>
        </w:tc>
      </w:tr>
    </w:tbl>
    <w:p w14:paraId="61ECFA24" w14:textId="77777777" w:rsidR="00D61DA4" w:rsidRDefault="00D61DA4" w:rsidP="00A21476">
      <w:pPr>
        <w:pStyle w:val="TableText"/>
        <w:spacing w:before="40" w:after="60"/>
        <w:jc w:val="both"/>
        <w:rPr>
          <w:b/>
          <w:bCs/>
          <w:iCs/>
          <w:color w:val="auto"/>
        </w:rPr>
      </w:pPr>
    </w:p>
    <w:p w14:paraId="7E3EA07E" w14:textId="2C520740" w:rsidR="0025387C" w:rsidRPr="00D61DA4" w:rsidRDefault="00000000" w:rsidP="00A21476">
      <w:pPr>
        <w:pStyle w:val="TableText"/>
        <w:spacing w:before="40" w:after="60"/>
        <w:jc w:val="both"/>
        <w:rPr>
          <w:iCs/>
          <w:color w:val="auto"/>
        </w:rPr>
      </w:pPr>
      <w:r w:rsidRPr="00D61DA4">
        <w:rPr>
          <w:b/>
          <w:bCs/>
          <w:iCs/>
          <w:color w:val="auto"/>
        </w:rPr>
        <w:t>Not / Note:</w:t>
      </w:r>
      <w:r w:rsidRPr="00D61DA4">
        <w:rPr>
          <w:iCs/>
          <w:color w:val="auto"/>
        </w:rPr>
        <w:t xml:space="preserve"> [</w:t>
      </w:r>
      <w:proofErr w:type="spellStart"/>
      <w:r w:rsidRPr="00D61DA4">
        <w:rPr>
          <w:iCs/>
          <w:color w:val="auto"/>
        </w:rPr>
        <w:t>Kısaltmaları</w:t>
      </w:r>
      <w:proofErr w:type="spellEnd"/>
      <w:r w:rsidRPr="00D61DA4">
        <w:rPr>
          <w:iCs/>
          <w:color w:val="auto"/>
        </w:rPr>
        <w:t xml:space="preserve">, </w:t>
      </w:r>
      <w:proofErr w:type="spellStart"/>
      <w:r w:rsidRPr="00D61DA4">
        <w:rPr>
          <w:iCs/>
          <w:color w:val="auto"/>
        </w:rPr>
        <w:t>anlamlılık</w:t>
      </w:r>
      <w:proofErr w:type="spellEnd"/>
      <w:r w:rsidRPr="00D61DA4">
        <w:rPr>
          <w:iCs/>
          <w:color w:val="auto"/>
        </w:rPr>
        <w:t xml:space="preserve"> </w:t>
      </w:r>
      <w:proofErr w:type="spellStart"/>
      <w:r w:rsidRPr="00D61DA4">
        <w:rPr>
          <w:iCs/>
          <w:color w:val="auto"/>
        </w:rPr>
        <w:t>düzeylerini</w:t>
      </w:r>
      <w:proofErr w:type="spellEnd"/>
      <w:r w:rsidRPr="00D61DA4">
        <w:rPr>
          <w:iCs/>
          <w:color w:val="auto"/>
        </w:rPr>
        <w:t xml:space="preserve"> </w:t>
      </w:r>
      <w:proofErr w:type="spellStart"/>
      <w:r w:rsidRPr="00D61DA4">
        <w:rPr>
          <w:iCs/>
          <w:color w:val="auto"/>
        </w:rPr>
        <w:t>ve</w:t>
      </w:r>
      <w:proofErr w:type="spellEnd"/>
      <w:r w:rsidRPr="00D61DA4">
        <w:rPr>
          <w:iCs/>
          <w:color w:val="auto"/>
        </w:rPr>
        <w:t xml:space="preserve"> kaynağı açıklayınız / Define abbreviations, significance levels and source.]</w:t>
      </w:r>
    </w:p>
    <w:p w14:paraId="0405B4C7" w14:textId="77777777" w:rsidR="00D61DA4" w:rsidRDefault="00D61DA4" w:rsidP="00A21476">
      <w:pPr>
        <w:pStyle w:val="Caption"/>
        <w:jc w:val="both"/>
      </w:pPr>
    </w:p>
    <w:p w14:paraId="43A00858" w14:textId="5B451363" w:rsidR="0025387C" w:rsidRDefault="00000000" w:rsidP="00A21476">
      <w:pPr>
        <w:pStyle w:val="Caption"/>
        <w:jc w:val="both"/>
      </w:pPr>
      <w:proofErr w:type="spellStart"/>
      <w:r>
        <w:t>Şekil</w:t>
      </w:r>
      <w:proofErr w:type="spellEnd"/>
      <w:r>
        <w:t xml:space="preserve"> 1 / Figure 1. [Açıklayıcı şekil başlığı / Descriptive figure title]</w:t>
      </w:r>
    </w:p>
    <w:p w14:paraId="77204708" w14:textId="77777777" w:rsidR="00D61DA4" w:rsidRPr="00D61DA4" w:rsidRDefault="00D61DA4" w:rsidP="00A21476"/>
    <w:tbl>
      <w:tblPr>
        <w:tblW w:w="8952" w:type="dxa"/>
        <w:tblInd w:w="120" w:type="dxa"/>
        <w:tblLayout w:type="fixed"/>
        <w:tblLook w:val="04A0" w:firstRow="1" w:lastRow="0" w:firstColumn="1" w:lastColumn="0" w:noHBand="0" w:noVBand="1"/>
      </w:tblPr>
      <w:tblGrid>
        <w:gridCol w:w="8952"/>
      </w:tblGrid>
      <w:tr w:rsidR="0025387C" w14:paraId="08D2D4DF" w14:textId="77777777">
        <w:tc>
          <w:tcPr>
            <w:tcW w:w="8952" w:type="dxa"/>
            <w:tcBorders>
              <w:top w:val="single" w:sz="4" w:space="0" w:color="AEB2B6"/>
              <w:left w:val="single" w:sz="4" w:space="0" w:color="AEB2B6"/>
              <w:bottom w:val="single" w:sz="4" w:space="0" w:color="AEB2B6"/>
              <w:right w:val="single" w:sz="4" w:space="0" w:color="AEB2B6"/>
            </w:tcBorders>
            <w:shd w:val="clear" w:color="auto" w:fill="FDFCFC"/>
            <w:tcMar>
              <w:top w:w="330" w:type="dxa"/>
              <w:left w:w="100" w:type="dxa"/>
              <w:bottom w:w="330" w:type="dxa"/>
              <w:right w:w="100" w:type="dxa"/>
            </w:tcMar>
          </w:tcPr>
          <w:p w14:paraId="6D6CFA7F" w14:textId="77777777" w:rsidR="0025387C" w:rsidRDefault="00000000" w:rsidP="00A21476">
            <w:pPr>
              <w:pStyle w:val="TableText"/>
              <w:jc w:val="both"/>
            </w:pPr>
            <w:r>
              <w:rPr>
                <w:i/>
                <w:color w:val="6B6F73"/>
              </w:rPr>
              <w:t>[</w:t>
            </w:r>
            <w:r w:rsidRPr="00D61DA4">
              <w:rPr>
                <w:i/>
                <w:color w:val="auto"/>
              </w:rPr>
              <w:t>Yayına uygun yüksek çözünürlüklü şekli buraya ekleyiniz / Insert a publication-ready high-resolution figure here]</w:t>
            </w:r>
          </w:p>
        </w:tc>
      </w:tr>
    </w:tbl>
    <w:p w14:paraId="1B3D36DF" w14:textId="57B18315" w:rsidR="0025387C" w:rsidRDefault="00000000" w:rsidP="00A21476">
      <w:pPr>
        <w:pStyle w:val="TableText"/>
        <w:spacing w:before="40" w:after="60"/>
        <w:jc w:val="both"/>
        <w:rPr>
          <w:iCs/>
          <w:color w:val="auto"/>
        </w:rPr>
      </w:pPr>
      <w:r w:rsidRPr="00D61DA4">
        <w:rPr>
          <w:b/>
          <w:bCs/>
          <w:iCs/>
          <w:color w:val="auto"/>
        </w:rPr>
        <w:t>Not / Note:</w:t>
      </w:r>
      <w:r w:rsidRPr="00D61DA4">
        <w:rPr>
          <w:iCs/>
          <w:color w:val="auto"/>
        </w:rPr>
        <w:t xml:space="preserve"> [Simgeleri, kaynağı ve izin bilgisini açıklayınız / Explain symbols, source and permission information.]</w:t>
      </w:r>
    </w:p>
    <w:p w14:paraId="4C806FF6" w14:textId="7CCF5FD4" w:rsidR="00D61DA4" w:rsidRPr="00D61DA4" w:rsidRDefault="00D61DA4" w:rsidP="00A21476"/>
    <w:p w14:paraId="166EC3E9" w14:textId="39D007FE" w:rsidR="0025387C" w:rsidRDefault="00000000" w:rsidP="00A21476">
      <w:pPr>
        <w:pStyle w:val="Heading1"/>
        <w:jc w:val="both"/>
      </w:pPr>
      <w:r>
        <w:rPr>
          <w:rFonts w:ascii="Book Antiqua" w:eastAsia="Book Antiqua" w:hAnsi="Book Antiqua" w:cs="Book Antiqua"/>
        </w:rPr>
        <w:lastRenderedPageBreak/>
        <w:t>[</w:t>
      </w:r>
      <w:proofErr w:type="spellStart"/>
      <w:r>
        <w:rPr>
          <w:rFonts w:ascii="Book Antiqua" w:eastAsia="Book Antiqua" w:hAnsi="Book Antiqua" w:cs="Book Antiqua"/>
        </w:rPr>
        <w:t>Araştırma</w:t>
      </w:r>
      <w:proofErr w:type="spellEnd"/>
      <w:r>
        <w:rPr>
          <w:rFonts w:ascii="Book Antiqua" w:eastAsia="Book Antiqua" w:hAnsi="Book Antiqua" w:cs="Book Antiqua"/>
        </w:rPr>
        <w:t xml:space="preserve">: </w:t>
      </w:r>
      <w:proofErr w:type="spellStart"/>
      <w:r>
        <w:rPr>
          <w:rFonts w:ascii="Book Antiqua" w:eastAsia="Book Antiqua" w:hAnsi="Book Antiqua" w:cs="Book Antiqua"/>
        </w:rPr>
        <w:t>Tartışma</w:t>
      </w:r>
      <w:proofErr w:type="spellEnd"/>
      <w:r>
        <w:rPr>
          <w:rFonts w:ascii="Book Antiqua" w:eastAsia="Book Antiqua" w:hAnsi="Book Antiqua" w:cs="Book Antiqua"/>
        </w:rPr>
        <w:t>] / [</w:t>
      </w:r>
      <w:proofErr w:type="spellStart"/>
      <w:r>
        <w:rPr>
          <w:rFonts w:ascii="Book Antiqua" w:eastAsia="Book Antiqua" w:hAnsi="Book Antiqua" w:cs="Book Antiqua"/>
        </w:rPr>
        <w:t>Derleme</w:t>
      </w:r>
      <w:proofErr w:type="spellEnd"/>
      <w:r>
        <w:rPr>
          <w:rFonts w:ascii="Book Antiqua" w:eastAsia="Book Antiqua" w:hAnsi="Book Antiqua" w:cs="Book Antiqua"/>
        </w:rPr>
        <w:t xml:space="preserve">: </w:t>
      </w:r>
      <w:proofErr w:type="spellStart"/>
      <w:r>
        <w:rPr>
          <w:rFonts w:ascii="Book Antiqua" w:eastAsia="Book Antiqua" w:hAnsi="Book Antiqua" w:cs="Book Antiqua"/>
        </w:rPr>
        <w:t>Eleştirel</w:t>
      </w:r>
      <w:proofErr w:type="spellEnd"/>
      <w:r>
        <w:rPr>
          <w:rFonts w:ascii="Book Antiqua" w:eastAsia="Book Antiqua" w:hAnsi="Book Antiqua" w:cs="Book Antiqua"/>
        </w:rPr>
        <w:t xml:space="preserve"> Değerlendirme]</w:t>
      </w:r>
    </w:p>
    <w:p w14:paraId="325E6C48" w14:textId="77777777" w:rsidR="0025387C" w:rsidRPr="00D61DA4" w:rsidRDefault="00000000" w:rsidP="00A21476">
      <w:pPr>
        <w:pStyle w:val="TemplateInstruction"/>
        <w:keepNext/>
        <w:spacing w:line="276" w:lineRule="auto"/>
        <w:jc w:val="both"/>
        <w:rPr>
          <w:i w:val="0"/>
          <w:iCs/>
          <w:color w:val="auto"/>
          <w:sz w:val="20"/>
          <w:szCs w:val="28"/>
        </w:rPr>
      </w:pPr>
      <w:r w:rsidRPr="00D61DA4">
        <w:rPr>
          <w:i w:val="0"/>
          <w:iCs/>
          <w:color w:val="auto"/>
          <w:sz w:val="20"/>
          <w:szCs w:val="28"/>
        </w:rPr>
        <w:t>Bulguları veya literatürü kuram ve önceki çalışmalarla ilişkilendiriniz; güçlü yönleri, sınırlılıkları ve alternatif açıklamaları değerlendiriniz. / Relate findings or literature to theory and prior work; assess strengths, limitations and alternatives.</w:t>
      </w:r>
    </w:p>
    <w:p w14:paraId="4722961E" w14:textId="77777777" w:rsidR="0025387C" w:rsidRDefault="00000000" w:rsidP="00A21476">
      <w:pPr>
        <w:pStyle w:val="Heading1"/>
        <w:jc w:val="both"/>
      </w:pPr>
      <w:proofErr w:type="spellStart"/>
      <w:r>
        <w:rPr>
          <w:rFonts w:ascii="Book Antiqua" w:eastAsia="Book Antiqua" w:hAnsi="Book Antiqua" w:cs="Book Antiqua"/>
        </w:rPr>
        <w:t>Sonuç</w:t>
      </w:r>
      <w:proofErr w:type="spellEnd"/>
      <w:r>
        <w:rPr>
          <w:rFonts w:ascii="Book Antiqua" w:eastAsia="Book Antiqua" w:hAnsi="Book Antiqua" w:cs="Book Antiqua"/>
        </w:rPr>
        <w:t xml:space="preserve"> </w:t>
      </w:r>
      <w:proofErr w:type="spellStart"/>
      <w:r>
        <w:rPr>
          <w:rFonts w:ascii="Book Antiqua" w:eastAsia="Book Antiqua" w:hAnsi="Book Antiqua" w:cs="Book Antiqua"/>
        </w:rPr>
        <w:t>ve</w:t>
      </w:r>
      <w:proofErr w:type="spellEnd"/>
      <w:r>
        <w:rPr>
          <w:rFonts w:ascii="Book Antiqua" w:eastAsia="Book Antiqua" w:hAnsi="Book Antiqua" w:cs="Book Antiqua"/>
        </w:rPr>
        <w:t xml:space="preserve"> </w:t>
      </w:r>
      <w:proofErr w:type="spellStart"/>
      <w:r>
        <w:rPr>
          <w:rFonts w:ascii="Book Antiqua" w:eastAsia="Book Antiqua" w:hAnsi="Book Antiqua" w:cs="Book Antiqua"/>
        </w:rPr>
        <w:t>Öneriler</w:t>
      </w:r>
      <w:proofErr w:type="spellEnd"/>
      <w:r>
        <w:rPr>
          <w:rFonts w:ascii="Book Antiqua" w:eastAsia="Book Antiqua" w:hAnsi="Book Antiqua" w:cs="Book Antiqua"/>
        </w:rPr>
        <w:t xml:space="preserve"> / Conclusion and Recommendations</w:t>
      </w:r>
    </w:p>
    <w:p w14:paraId="4DD10056" w14:textId="7DA60AFB" w:rsidR="0025387C" w:rsidRPr="00D61DA4" w:rsidRDefault="00000000" w:rsidP="00A21476">
      <w:pPr>
        <w:pStyle w:val="TemplateInstruction"/>
        <w:keepNext/>
        <w:spacing w:line="276" w:lineRule="auto"/>
        <w:jc w:val="both"/>
        <w:rPr>
          <w:i w:val="0"/>
          <w:iCs/>
          <w:color w:val="auto"/>
          <w:sz w:val="20"/>
          <w:szCs w:val="28"/>
        </w:rPr>
      </w:pPr>
      <w:r w:rsidRPr="00D61DA4">
        <w:rPr>
          <w:i w:val="0"/>
          <w:iCs/>
          <w:color w:val="auto"/>
          <w:sz w:val="20"/>
          <w:szCs w:val="28"/>
        </w:rPr>
        <w:t>Temel katkıyı özetleyiniz; çıkarımları, önerileri ve gelecek araştırma alanlarını sununuz. / Summarize the contribution and present implications, recommendations and future research directions.</w:t>
      </w:r>
    </w:p>
    <w:p w14:paraId="6606B9A2" w14:textId="77777777" w:rsidR="0025387C" w:rsidRDefault="00000000" w:rsidP="00A21476">
      <w:pPr>
        <w:pStyle w:val="Heading1"/>
        <w:jc w:val="both"/>
      </w:pPr>
      <w:r>
        <w:rPr>
          <w:rFonts w:ascii="Book Antiqua" w:eastAsia="Book Antiqua" w:hAnsi="Book Antiqua" w:cs="Book Antiqua"/>
        </w:rPr>
        <w:t>Etik ve Şeffaflık Beyanları / Ethics and Transparency Statements</w:t>
      </w:r>
    </w:p>
    <w:p w14:paraId="2B0C6640" w14:textId="77777777" w:rsidR="0025387C" w:rsidRDefault="00000000" w:rsidP="00A21476">
      <w:pPr>
        <w:pStyle w:val="TemplateInstruction"/>
        <w:keepNext/>
        <w:spacing w:line="276" w:lineRule="auto"/>
        <w:jc w:val="both"/>
        <w:rPr>
          <w:i w:val="0"/>
          <w:iCs/>
          <w:color w:val="auto"/>
          <w:sz w:val="20"/>
          <w:szCs w:val="28"/>
        </w:rPr>
      </w:pPr>
      <w:r w:rsidRPr="00D61DA4">
        <w:rPr>
          <w:i w:val="0"/>
          <w:iCs/>
          <w:color w:val="auto"/>
          <w:sz w:val="20"/>
          <w:szCs w:val="28"/>
        </w:rPr>
        <w:t>Kimlik açıklayabilecek ayrıntıları anonim değerlendirme sırasında kaldırınız; kabul sonrası geri ekleyiniz. / Remove identity-revealing details during anonymous review and restore them after acceptance.</w:t>
      </w:r>
    </w:p>
    <w:p w14:paraId="55386EDC" w14:textId="77777777" w:rsidR="00D61DA4" w:rsidRPr="00D61DA4" w:rsidRDefault="00D61DA4" w:rsidP="00A21476">
      <w:pPr>
        <w:pStyle w:val="TemplateInstruction"/>
        <w:keepNext/>
        <w:spacing w:line="276" w:lineRule="auto"/>
        <w:jc w:val="both"/>
        <w:rPr>
          <w:i w:val="0"/>
          <w:iCs/>
          <w:color w:val="auto"/>
          <w:sz w:val="20"/>
          <w:szCs w:val="28"/>
        </w:rPr>
      </w:pPr>
    </w:p>
    <w:p w14:paraId="15BB7C65" w14:textId="443C21FC" w:rsidR="0025387C" w:rsidRPr="00D61DA4" w:rsidRDefault="00000000" w:rsidP="00A21476">
      <w:pPr>
        <w:spacing w:after="20"/>
        <w:ind w:firstLine="0"/>
        <w:rPr>
          <w:b/>
        </w:rPr>
      </w:pPr>
      <w:r>
        <w:rPr>
          <w:b/>
        </w:rPr>
        <w:t xml:space="preserve">Etik kurul onayı / Ethics approval: </w:t>
      </w:r>
      <w:r w:rsidRPr="00D61DA4">
        <w:rPr>
          <w:iCs/>
          <w:color w:val="auto"/>
          <w:szCs w:val="28"/>
        </w:rPr>
        <w:t>[</w:t>
      </w:r>
      <w:proofErr w:type="spellStart"/>
      <w:r w:rsidRPr="00D61DA4">
        <w:rPr>
          <w:iCs/>
          <w:color w:val="auto"/>
          <w:szCs w:val="28"/>
        </w:rPr>
        <w:t>Kurul</w:t>
      </w:r>
      <w:proofErr w:type="spellEnd"/>
      <w:r w:rsidRPr="00D61DA4">
        <w:rPr>
          <w:iCs/>
          <w:color w:val="auto"/>
          <w:szCs w:val="28"/>
        </w:rPr>
        <w:t xml:space="preserve">, </w:t>
      </w:r>
      <w:proofErr w:type="spellStart"/>
      <w:r w:rsidRPr="00D61DA4">
        <w:rPr>
          <w:iCs/>
          <w:color w:val="auto"/>
          <w:szCs w:val="28"/>
        </w:rPr>
        <w:t>tarih</w:t>
      </w:r>
      <w:proofErr w:type="spellEnd"/>
      <w:r w:rsidRPr="00D61DA4">
        <w:rPr>
          <w:iCs/>
          <w:color w:val="auto"/>
          <w:szCs w:val="28"/>
        </w:rPr>
        <w:t xml:space="preserve"> </w:t>
      </w:r>
      <w:proofErr w:type="spellStart"/>
      <w:r w:rsidRPr="00D61DA4">
        <w:rPr>
          <w:iCs/>
          <w:color w:val="auto"/>
          <w:szCs w:val="28"/>
        </w:rPr>
        <w:t>ve</w:t>
      </w:r>
      <w:proofErr w:type="spellEnd"/>
      <w:r w:rsidRPr="00D61DA4">
        <w:rPr>
          <w:iCs/>
          <w:color w:val="auto"/>
          <w:szCs w:val="28"/>
        </w:rPr>
        <w:t xml:space="preserve"> </w:t>
      </w:r>
      <w:proofErr w:type="spellStart"/>
      <w:r w:rsidRPr="00D61DA4">
        <w:rPr>
          <w:iCs/>
          <w:color w:val="auto"/>
          <w:szCs w:val="28"/>
        </w:rPr>
        <w:t>numara</w:t>
      </w:r>
      <w:proofErr w:type="spellEnd"/>
      <w:r w:rsidRPr="00D61DA4">
        <w:rPr>
          <w:iCs/>
          <w:color w:val="auto"/>
          <w:szCs w:val="28"/>
        </w:rPr>
        <w:t xml:space="preserve"> veya uygulanamaz gerekçesi / Committee, date and number or reason not applicable]</w:t>
      </w:r>
    </w:p>
    <w:p w14:paraId="549FEBAF" w14:textId="77777777" w:rsidR="0025387C" w:rsidRPr="00D61DA4" w:rsidRDefault="00000000" w:rsidP="00A21476">
      <w:pPr>
        <w:spacing w:after="20"/>
        <w:ind w:firstLine="0"/>
        <w:rPr>
          <w:iCs/>
          <w:color w:val="auto"/>
          <w:szCs w:val="28"/>
        </w:rPr>
      </w:pPr>
      <w:r>
        <w:rPr>
          <w:b/>
        </w:rPr>
        <w:t xml:space="preserve">Bilgilendirilmiş onam / Informed consent: </w:t>
      </w:r>
      <w:r w:rsidRPr="00D61DA4">
        <w:rPr>
          <w:iCs/>
          <w:color w:val="auto"/>
          <w:szCs w:val="28"/>
        </w:rPr>
        <w:t>[Beyan veya uygulanamaz açıklaması / Statement or explanation of non-applicability]</w:t>
      </w:r>
    </w:p>
    <w:p w14:paraId="16216CDF" w14:textId="77777777" w:rsidR="0025387C" w:rsidRPr="00D61DA4" w:rsidRDefault="00000000" w:rsidP="00A21476">
      <w:pPr>
        <w:spacing w:after="20"/>
        <w:ind w:firstLine="0"/>
        <w:rPr>
          <w:iCs/>
          <w:color w:val="auto"/>
          <w:szCs w:val="28"/>
        </w:rPr>
      </w:pPr>
      <w:r>
        <w:rPr>
          <w:b/>
        </w:rPr>
        <w:t xml:space="preserve">Yazar katkıları / Author contributions: </w:t>
      </w:r>
      <w:r w:rsidRPr="00D61DA4">
        <w:rPr>
          <w:iCs/>
          <w:color w:val="auto"/>
          <w:szCs w:val="28"/>
        </w:rPr>
        <w:t>[Anonim değerlendirme sırasında kaldırılmıştır / Removed during anonymous review]</w:t>
      </w:r>
    </w:p>
    <w:p w14:paraId="1B5A67C1" w14:textId="77777777" w:rsidR="0025387C" w:rsidRPr="00D61DA4" w:rsidRDefault="00000000" w:rsidP="00A21476">
      <w:pPr>
        <w:spacing w:after="20"/>
        <w:ind w:firstLine="0"/>
        <w:rPr>
          <w:iCs/>
          <w:color w:val="auto"/>
          <w:szCs w:val="28"/>
        </w:rPr>
      </w:pPr>
      <w:r>
        <w:rPr>
          <w:b/>
        </w:rPr>
        <w:t xml:space="preserve">Çıkar çatışması / Conflict of interest: </w:t>
      </w:r>
      <w:r w:rsidRPr="00D61DA4">
        <w:rPr>
          <w:iCs/>
          <w:color w:val="auto"/>
          <w:szCs w:val="28"/>
        </w:rPr>
        <w:t>[Beyan / Statement]</w:t>
      </w:r>
    </w:p>
    <w:p w14:paraId="764B0830" w14:textId="77777777" w:rsidR="0025387C" w:rsidRDefault="00000000" w:rsidP="00A21476">
      <w:pPr>
        <w:spacing w:after="20"/>
        <w:ind w:firstLine="0"/>
      </w:pPr>
      <w:r>
        <w:rPr>
          <w:b/>
        </w:rPr>
        <w:t xml:space="preserve">Finansman / Funding: </w:t>
      </w:r>
      <w:r w:rsidRPr="00D61DA4">
        <w:rPr>
          <w:iCs/>
          <w:color w:val="auto"/>
          <w:szCs w:val="28"/>
        </w:rPr>
        <w:t>[Kimlik belirleyici ayrıntılar kaldırılmıştır veya destek yoktur / Identifying details removed or no funding]</w:t>
      </w:r>
    </w:p>
    <w:p w14:paraId="378618AB" w14:textId="77777777" w:rsidR="0025387C" w:rsidRPr="00D61DA4" w:rsidRDefault="00000000" w:rsidP="00A21476">
      <w:pPr>
        <w:spacing w:after="20"/>
        <w:ind w:firstLine="0"/>
        <w:rPr>
          <w:iCs/>
          <w:color w:val="auto"/>
          <w:szCs w:val="28"/>
        </w:rPr>
      </w:pPr>
      <w:r>
        <w:rPr>
          <w:b/>
        </w:rPr>
        <w:t xml:space="preserve">Veri erişilebilirliği / Data availability: </w:t>
      </w:r>
      <w:r w:rsidRPr="00D61DA4">
        <w:rPr>
          <w:iCs/>
          <w:color w:val="auto"/>
          <w:szCs w:val="28"/>
        </w:rPr>
        <w:t>[Depo, bağlantı, koşul veya gerekçeli kısıt / Repository, link, terms or justified restriction]</w:t>
      </w:r>
    </w:p>
    <w:p w14:paraId="2E6D1C15" w14:textId="77777777" w:rsidR="0025387C" w:rsidRPr="00D61DA4" w:rsidRDefault="00000000" w:rsidP="00A21476">
      <w:pPr>
        <w:spacing w:after="20"/>
        <w:ind w:firstLine="0"/>
        <w:rPr>
          <w:iCs/>
          <w:color w:val="auto"/>
          <w:szCs w:val="28"/>
        </w:rPr>
      </w:pPr>
      <w:r>
        <w:rPr>
          <w:b/>
        </w:rPr>
        <w:t xml:space="preserve">Yapay zekâ kullanımı / Artificial intelligence use: </w:t>
      </w:r>
      <w:r w:rsidRPr="00D61DA4">
        <w:rPr>
          <w:iCs/>
          <w:color w:val="auto"/>
          <w:szCs w:val="28"/>
        </w:rPr>
        <w:t>[Araç ve amaç veya kullanılmamıştır / Tool and purpose or no use]</w:t>
      </w:r>
    </w:p>
    <w:p w14:paraId="2ADB21CE" w14:textId="77777777" w:rsidR="0025387C" w:rsidRPr="00D61DA4" w:rsidRDefault="00000000" w:rsidP="00A21476">
      <w:pPr>
        <w:spacing w:after="20"/>
        <w:ind w:firstLine="0"/>
        <w:rPr>
          <w:iCs/>
          <w:color w:val="auto"/>
          <w:szCs w:val="28"/>
        </w:rPr>
      </w:pPr>
      <w:r>
        <w:rPr>
          <w:b/>
        </w:rPr>
        <w:t xml:space="preserve">Teşekkür / Acknowledgements: </w:t>
      </w:r>
      <w:r w:rsidRPr="00D61DA4">
        <w:rPr>
          <w:iCs/>
          <w:color w:val="auto"/>
          <w:szCs w:val="28"/>
        </w:rPr>
        <w:t>[Anonim değerlendirme sırasında kaldırılmıştır veya yoktur / Removed during review or none]</w:t>
      </w:r>
    </w:p>
    <w:p w14:paraId="33AC9CF3" w14:textId="77777777" w:rsidR="0025387C" w:rsidRDefault="00000000" w:rsidP="00A21476">
      <w:pPr>
        <w:pStyle w:val="Heading1"/>
        <w:jc w:val="both"/>
      </w:pPr>
      <w:r>
        <w:rPr>
          <w:rFonts w:ascii="Book Antiqua" w:eastAsia="Book Antiqua" w:hAnsi="Book Antiqua" w:cs="Book Antiqua"/>
        </w:rPr>
        <w:t>Kaynakça / References</w:t>
      </w:r>
    </w:p>
    <w:p w14:paraId="000DEA34" w14:textId="77777777" w:rsidR="0025387C" w:rsidRDefault="00000000" w:rsidP="00A21476">
      <w:pPr>
        <w:pStyle w:val="TemplateInstruction"/>
        <w:keepNext/>
        <w:jc w:val="both"/>
        <w:rPr>
          <w:b/>
          <w:bCs/>
          <w:color w:val="auto"/>
          <w:sz w:val="20"/>
          <w:szCs w:val="28"/>
        </w:rPr>
      </w:pPr>
      <w:r w:rsidRPr="00D61DA4">
        <w:rPr>
          <w:b/>
          <w:bCs/>
          <w:color w:val="auto"/>
          <w:sz w:val="20"/>
          <w:szCs w:val="28"/>
        </w:rPr>
        <w:t xml:space="preserve">APA 7 kullanınız; kaynakları alfabetik sıralayınız ve DOI'leri https://doi.org/... </w:t>
      </w:r>
      <w:proofErr w:type="spellStart"/>
      <w:r w:rsidRPr="00D61DA4">
        <w:rPr>
          <w:b/>
          <w:bCs/>
          <w:color w:val="auto"/>
          <w:sz w:val="20"/>
          <w:szCs w:val="28"/>
        </w:rPr>
        <w:t>biçiminde</w:t>
      </w:r>
      <w:proofErr w:type="spellEnd"/>
      <w:r w:rsidRPr="00D61DA4">
        <w:rPr>
          <w:b/>
          <w:bCs/>
          <w:color w:val="auto"/>
          <w:sz w:val="20"/>
          <w:szCs w:val="28"/>
        </w:rPr>
        <w:t xml:space="preserve"> </w:t>
      </w:r>
      <w:proofErr w:type="spellStart"/>
      <w:r w:rsidRPr="00D61DA4">
        <w:rPr>
          <w:b/>
          <w:bCs/>
          <w:color w:val="auto"/>
          <w:sz w:val="20"/>
          <w:szCs w:val="28"/>
        </w:rPr>
        <w:t>etkin</w:t>
      </w:r>
      <w:proofErr w:type="spellEnd"/>
      <w:r w:rsidRPr="00D61DA4">
        <w:rPr>
          <w:b/>
          <w:bCs/>
          <w:color w:val="auto"/>
          <w:sz w:val="20"/>
          <w:szCs w:val="28"/>
        </w:rPr>
        <w:t xml:space="preserve"> </w:t>
      </w:r>
      <w:proofErr w:type="spellStart"/>
      <w:r w:rsidRPr="00D61DA4">
        <w:rPr>
          <w:b/>
          <w:bCs/>
          <w:color w:val="auto"/>
          <w:sz w:val="20"/>
          <w:szCs w:val="28"/>
        </w:rPr>
        <w:t>bağlantı</w:t>
      </w:r>
      <w:proofErr w:type="spellEnd"/>
      <w:r w:rsidRPr="00D61DA4">
        <w:rPr>
          <w:b/>
          <w:bCs/>
          <w:color w:val="auto"/>
          <w:sz w:val="20"/>
          <w:szCs w:val="28"/>
        </w:rPr>
        <w:t xml:space="preserve"> </w:t>
      </w:r>
      <w:proofErr w:type="spellStart"/>
      <w:r w:rsidRPr="00D61DA4">
        <w:rPr>
          <w:b/>
          <w:bCs/>
          <w:color w:val="auto"/>
          <w:sz w:val="20"/>
          <w:szCs w:val="28"/>
        </w:rPr>
        <w:t>olarak</w:t>
      </w:r>
      <w:proofErr w:type="spellEnd"/>
      <w:r w:rsidRPr="00D61DA4">
        <w:rPr>
          <w:b/>
          <w:bCs/>
          <w:color w:val="auto"/>
          <w:sz w:val="20"/>
          <w:szCs w:val="28"/>
        </w:rPr>
        <w:t xml:space="preserve"> </w:t>
      </w:r>
      <w:proofErr w:type="spellStart"/>
      <w:r w:rsidRPr="00D61DA4">
        <w:rPr>
          <w:b/>
          <w:bCs/>
          <w:color w:val="auto"/>
          <w:sz w:val="20"/>
          <w:szCs w:val="28"/>
        </w:rPr>
        <w:t>veriniz</w:t>
      </w:r>
      <w:proofErr w:type="spellEnd"/>
      <w:r w:rsidRPr="00D61DA4">
        <w:rPr>
          <w:b/>
          <w:bCs/>
          <w:color w:val="auto"/>
          <w:sz w:val="20"/>
          <w:szCs w:val="28"/>
        </w:rPr>
        <w:t>. / Use APA 7, order references alphabetically and present DOIs as active https://doi.org/... links.</w:t>
      </w:r>
    </w:p>
    <w:p w14:paraId="60167344" w14:textId="77777777" w:rsidR="00D61DA4" w:rsidRPr="00D61DA4" w:rsidRDefault="00D61DA4" w:rsidP="00A21476">
      <w:pPr>
        <w:pStyle w:val="TemplateInstruction"/>
        <w:keepNext/>
        <w:jc w:val="both"/>
        <w:rPr>
          <w:b/>
          <w:bCs/>
          <w:color w:val="auto"/>
          <w:sz w:val="20"/>
          <w:szCs w:val="28"/>
        </w:rPr>
      </w:pPr>
    </w:p>
    <w:p w14:paraId="30DE6ACA" w14:textId="77777777" w:rsidR="0025387C" w:rsidRDefault="00000000" w:rsidP="00A21476">
      <w:pPr>
        <w:pStyle w:val="References"/>
      </w:pPr>
      <w:r>
        <w:t>Author, A. A., &amp; Author, B. B. (2025). Title of the article. Journal Title, 12(2), 100–120. https://doi.org/xxxxx</w:t>
      </w:r>
    </w:p>
    <w:p w14:paraId="5FB38D11" w14:textId="77777777" w:rsidR="0025387C" w:rsidRDefault="00000000" w:rsidP="00A21476">
      <w:pPr>
        <w:pStyle w:val="References"/>
      </w:pPr>
      <w:r>
        <w:t>Author, A. A. (2024). Title of the book. Publisher.</w:t>
      </w:r>
    </w:p>
    <w:p w14:paraId="0637A9CF" w14:textId="77777777" w:rsidR="0025387C" w:rsidRDefault="00000000" w:rsidP="00A21476">
      <w:pPr>
        <w:pStyle w:val="References"/>
      </w:pPr>
      <w:r>
        <w:t>Author, A. A. (2024). Title of the chapter. In B. B. Editor (Ed.), Title of the book (pp. 20–40). Publisher.</w:t>
      </w:r>
    </w:p>
    <w:p w14:paraId="42745672" w14:textId="77777777" w:rsidR="00D61DA4" w:rsidRDefault="00D61DA4" w:rsidP="00A21476">
      <w:pPr>
        <w:pStyle w:val="References"/>
      </w:pPr>
    </w:p>
    <w:p w14:paraId="317A9C8A" w14:textId="2F01FEE0" w:rsidR="00D61DA4" w:rsidRPr="00D61DA4" w:rsidRDefault="00000000" w:rsidP="00A21476">
      <w:pPr>
        <w:pStyle w:val="Heading1"/>
        <w:jc w:val="both"/>
        <w:rPr>
          <w:rFonts w:ascii="Book Antiqua" w:eastAsia="Book Antiqua" w:hAnsi="Book Antiqua" w:cs="Book Antiqua"/>
        </w:rPr>
      </w:pPr>
      <w:r>
        <w:rPr>
          <w:rFonts w:ascii="Book Antiqua" w:eastAsia="Book Antiqua" w:hAnsi="Book Antiqua" w:cs="Book Antiqua"/>
        </w:rPr>
        <w:t>Ekler / Appendices</w:t>
      </w:r>
    </w:p>
    <w:p w14:paraId="077DEB46" w14:textId="77777777" w:rsidR="0025387C" w:rsidRPr="00D61DA4" w:rsidRDefault="00000000" w:rsidP="00A21476">
      <w:pPr>
        <w:pStyle w:val="TemplateInstruction"/>
        <w:keepNext/>
        <w:jc w:val="both"/>
        <w:rPr>
          <w:i w:val="0"/>
          <w:iCs/>
          <w:color w:val="auto"/>
          <w:sz w:val="20"/>
          <w:szCs w:val="20"/>
        </w:rPr>
      </w:pPr>
      <w:r w:rsidRPr="00D61DA4">
        <w:rPr>
          <w:i w:val="0"/>
          <w:iCs/>
          <w:color w:val="auto"/>
          <w:sz w:val="20"/>
          <w:szCs w:val="20"/>
        </w:rPr>
        <w:t>Yalnız gerekli ekleri Ek A, Ek B biçiminde ekleyiniz. / Include only necessary appendices and label them Appendix A, Appendix B, etc.</w:t>
      </w:r>
    </w:p>
    <w:p w14:paraId="04B793E1" w14:textId="77777777" w:rsidR="0025387C" w:rsidRPr="00D61DA4" w:rsidRDefault="00000000" w:rsidP="00A21476">
      <w:pPr>
        <w:rPr>
          <w:iCs/>
          <w:color w:val="auto"/>
          <w:szCs w:val="20"/>
        </w:rPr>
      </w:pPr>
      <w:r w:rsidRPr="00D61DA4">
        <w:rPr>
          <w:iCs/>
          <w:color w:val="auto"/>
          <w:szCs w:val="20"/>
        </w:rPr>
        <w:t>[Ek içeriği / Appendix content]</w:t>
      </w:r>
    </w:p>
    <w:sectPr w:rsidR="0025387C" w:rsidRPr="00D61DA4" w:rsidSect="00034616">
      <w:headerReference w:type="default" r:id="rId9"/>
      <w:footerReference w:type="default" r:id="rId10"/>
      <w:pgSz w:w="11906" w:h="16838"/>
      <w:pgMar w:top="850" w:right="1417" w:bottom="850" w:left="141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B3654" w14:textId="77777777" w:rsidR="00467B17" w:rsidRDefault="00467B17">
      <w:pPr>
        <w:spacing w:line="240" w:lineRule="auto"/>
      </w:pPr>
      <w:r>
        <w:separator/>
      </w:r>
    </w:p>
  </w:endnote>
  <w:endnote w:type="continuationSeparator" w:id="0">
    <w:p w14:paraId="455D128C" w14:textId="77777777" w:rsidR="00467B17" w:rsidRDefault="00467B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8CE0" w14:textId="77777777" w:rsidR="0025387C" w:rsidRDefault="00000000">
    <w:pPr>
      <w:jc w:val="right"/>
    </w:pPr>
    <w:proofErr w:type="gramStart"/>
    <w:r>
      <w:rPr>
        <w:color w:val="6B6F73"/>
        <w:sz w:val="16"/>
      </w:rPr>
      <w:t>sociolumen.com  |</w:t>
    </w:r>
    <w:proofErr w:type="gramEnd"/>
    <w:r>
      <w:rPr>
        <w:color w:val="6B6F73"/>
        <w:sz w:val="16"/>
      </w:rPr>
      <w:t xml:space="preserve">  </w:t>
    </w:r>
    <w:proofErr w:type="spellStart"/>
    <w:r>
      <w:rPr>
        <w:color w:val="6B6F73"/>
        <w:sz w:val="16"/>
      </w:rPr>
      <w:t>Sayfa</w:t>
    </w:r>
    <w:proofErr w:type="spellEnd"/>
    <w:r>
      <w:rPr>
        <w:color w:val="6B6F73"/>
        <w:sz w:val="16"/>
      </w:rPr>
      <w:t xml:space="preserve"> / Page </w:t>
    </w:r>
    <w:r>
      <w:rPr>
        <w:color w:val="6B6F73"/>
        <w:sz w:val="18"/>
      </w:rPr>
      <w:fldChar w:fldCharType="begin"/>
    </w:r>
    <w:r>
      <w:rPr>
        <w:color w:val="6B6F73"/>
        <w:sz w:val="18"/>
      </w:rPr>
      <w:instrText xml:space="preserve"> PAGE </w:instrText>
    </w:r>
    <w:r>
      <w:rPr>
        <w:color w:val="6B6F73"/>
        <w:sz w:val="18"/>
      </w:rPr>
      <w:fldChar w:fldCharType="separate"/>
    </w:r>
    <w:r>
      <w:rPr>
        <w:color w:val="6B6F73"/>
        <w:sz w:val="18"/>
      </w:rPr>
      <w:t>1</w:t>
    </w:r>
    <w:r>
      <w:rPr>
        <w:color w:val="6B6F7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1BEDF" w14:textId="77777777" w:rsidR="00467B17" w:rsidRDefault="00467B17">
      <w:pPr>
        <w:spacing w:line="240" w:lineRule="auto"/>
      </w:pPr>
      <w:r>
        <w:separator/>
      </w:r>
    </w:p>
  </w:footnote>
  <w:footnote w:type="continuationSeparator" w:id="0">
    <w:p w14:paraId="4C7403C9" w14:textId="77777777" w:rsidR="00467B17" w:rsidRDefault="00467B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0932" w14:textId="77777777" w:rsidR="0025387C" w:rsidRDefault="00000000">
    <w:pPr>
      <w:jc w:val="right"/>
    </w:pPr>
    <w:proofErr w:type="gramStart"/>
    <w:r>
      <w:rPr>
        <w:b/>
        <w:color w:val="08284E"/>
        <w:sz w:val="15"/>
      </w:rPr>
      <w:t>SOCIOLUMEN  |</w:t>
    </w:r>
    <w:proofErr w:type="gramEnd"/>
    <w:r>
      <w:rPr>
        <w:b/>
        <w:color w:val="08284E"/>
        <w:sz w:val="15"/>
      </w:rPr>
      <w:t xml:space="preserve">  ANONİM MAKALE ŞABLONU / ANONYMOUS MANUSCRIPT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540D31"/>
    <w:multiLevelType w:val="multilevel"/>
    <w:tmpl w:val="27F8D41C"/>
    <w:lvl w:ilvl="0">
      <w:start w:val="1"/>
      <w:numFmt w:val="decimal"/>
      <w:pStyle w:val="Heading1"/>
      <w:suff w:val="space"/>
      <w:lvlText w:val="%1."/>
      <w:lvlJc w:val="left"/>
      <w:pPr>
        <w:ind w:left="0" w:firstLine="0"/>
      </w:pPr>
      <w:rPr>
        <w:rFonts w:ascii="Book Antiqua" w:eastAsia="Book Antiqua" w:hAnsi="Book Antiqua" w:cs="Book Antiqua"/>
        <w:b/>
        <w:sz w:val="24"/>
        <w:szCs w:val="32"/>
      </w:rPr>
    </w:lvl>
    <w:lvl w:ilvl="1">
      <w:start w:val="1"/>
      <w:numFmt w:val="decimal"/>
      <w:pStyle w:val="Heading2"/>
      <w:suff w:val="space"/>
      <w:lvlText w:val="%1.%2."/>
      <w:lvlJc w:val="left"/>
      <w:pPr>
        <w:ind w:left="0" w:firstLine="0"/>
      </w:pPr>
      <w:rPr>
        <w:rFonts w:ascii="Book Antiqua" w:eastAsia="Book Antiqua" w:hAnsi="Book Antiqua" w:cs="Book Antiqua"/>
        <w:b/>
        <w:sz w:val="22"/>
      </w:rPr>
    </w:lvl>
    <w:lvl w:ilvl="2">
      <w:start w:val="1"/>
      <w:numFmt w:val="decimal"/>
      <w:pStyle w:val="Heading3"/>
      <w:suff w:val="space"/>
      <w:lvlText w:val="%1.%2.%3."/>
      <w:lvlJc w:val="left"/>
      <w:pPr>
        <w:ind w:left="0" w:firstLine="0"/>
      </w:pPr>
      <w:rPr>
        <w:rFonts w:ascii="Book Antiqua" w:eastAsia="Book Antiqua" w:hAnsi="Book Antiqua" w:cs="Book Antiqua"/>
        <w:b/>
        <w:i/>
        <w:sz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38325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60F0"/>
    <w:rsid w:val="0025387C"/>
    <w:rsid w:val="0029639D"/>
    <w:rsid w:val="00326F90"/>
    <w:rsid w:val="00467B17"/>
    <w:rsid w:val="008D48D8"/>
    <w:rsid w:val="009263A7"/>
    <w:rsid w:val="00A21476"/>
    <w:rsid w:val="00A21722"/>
    <w:rsid w:val="00A92BFF"/>
    <w:rsid w:val="00AA1D8D"/>
    <w:rsid w:val="00B47730"/>
    <w:rsid w:val="00BD263B"/>
    <w:rsid w:val="00C8658C"/>
    <w:rsid w:val="00CB0664"/>
    <w:rsid w:val="00D61DA4"/>
    <w:rsid w:val="00EC31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1F71A6"/>
  <w14:defaultImageDpi w14:val="300"/>
  <w15:docId w15:val="{04BE9876-2BCC-42BF-897D-F931A0C4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ind w:firstLine="709"/>
      <w:jc w:val="both"/>
    </w:pPr>
    <w:rPr>
      <w:rFonts w:ascii="Book Antiqua" w:eastAsia="Book Antiqua" w:hAnsi="Book Antiqua" w:cs="Book Antiqua"/>
      <w:color w:val="000000"/>
      <w:sz w:val="20"/>
    </w:rPr>
  </w:style>
  <w:style w:type="paragraph" w:styleId="Heading1">
    <w:name w:val="heading 1"/>
    <w:basedOn w:val="Normal"/>
    <w:next w:val="Normal"/>
    <w:link w:val="Heading1Char"/>
    <w:uiPriority w:val="9"/>
    <w:qFormat/>
    <w:rsid w:val="00FC693F"/>
    <w:pPr>
      <w:keepNext/>
      <w:keepLines/>
      <w:numPr>
        <w:numId w:val="1"/>
      </w:numPr>
      <w:spacing w:before="200" w:after="80" w:line="240" w:lineRule="auto"/>
      <w:jc w:val="left"/>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unhideWhenUsed/>
    <w:qFormat/>
    <w:rsid w:val="00FC693F"/>
    <w:pPr>
      <w:keepNext/>
      <w:keepLines/>
      <w:numPr>
        <w:ilvl w:val="1"/>
        <w:numId w:val="1"/>
      </w:numPr>
      <w:spacing w:before="160" w:after="60" w:line="240" w:lineRule="auto"/>
      <w:jc w:val="left"/>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numPr>
        <w:ilvl w:val="2"/>
        <w:numId w:val="1"/>
      </w:numPr>
      <w:spacing w:before="120" w:after="40" w:line="240" w:lineRule="auto"/>
      <w:jc w:val="left"/>
      <w:outlineLvl w:val="2"/>
    </w:pPr>
    <w:rPr>
      <w:rFonts w:asciiTheme="majorHAnsi" w:eastAsiaTheme="majorEastAsia" w:hAnsiTheme="majorHAnsi" w:cstheme="majorBidi"/>
      <w:b/>
      <w:bCs/>
      <w:i/>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ind w:firstLine="0"/>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spacing w:before="80" w:after="40" w:line="240" w:lineRule="auto"/>
      <w:ind w:firstLine="0"/>
      <w:jc w:val="left"/>
    </w:pPr>
    <w:rPr>
      <w:b/>
      <w:bCs/>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mplateInstruction">
    <w:name w:val="Template Instruction"/>
    <w:basedOn w:val="Normal"/>
    <w:pPr>
      <w:spacing w:line="240" w:lineRule="auto"/>
      <w:ind w:firstLine="0"/>
      <w:jc w:val="left"/>
    </w:pPr>
    <w:rPr>
      <w:i/>
      <w:color w:val="6B6F73"/>
      <w:sz w:val="16"/>
    </w:rPr>
  </w:style>
  <w:style w:type="paragraph" w:customStyle="1" w:styleId="PrimaryArticleTitle">
    <w:name w:val="Primary Article Title"/>
    <w:basedOn w:val="Normal"/>
    <w:pPr>
      <w:keepNext/>
      <w:spacing w:after="60" w:line="240" w:lineRule="auto"/>
      <w:ind w:firstLine="0"/>
      <w:jc w:val="center"/>
    </w:pPr>
    <w:rPr>
      <w:b/>
      <w:sz w:val="28"/>
    </w:rPr>
  </w:style>
  <w:style w:type="paragraph" w:customStyle="1" w:styleId="SecondaryArticleTitle">
    <w:name w:val="Secondary Article Title"/>
    <w:basedOn w:val="Normal"/>
    <w:pPr>
      <w:keepNext/>
      <w:spacing w:after="120" w:line="240" w:lineRule="auto"/>
      <w:ind w:firstLine="0"/>
      <w:jc w:val="center"/>
    </w:pPr>
    <w:rPr>
      <w:b/>
      <w:sz w:val="24"/>
    </w:rPr>
  </w:style>
  <w:style w:type="paragraph" w:customStyle="1" w:styleId="AbstractHeading">
    <w:name w:val="Abstract Heading"/>
    <w:basedOn w:val="Normal"/>
    <w:pPr>
      <w:keepNext/>
      <w:spacing w:before="80" w:after="20" w:line="240" w:lineRule="auto"/>
      <w:ind w:firstLine="0"/>
      <w:jc w:val="left"/>
    </w:pPr>
    <w:rPr>
      <w:b/>
      <w:sz w:val="16"/>
    </w:rPr>
  </w:style>
  <w:style w:type="paragraph" w:customStyle="1" w:styleId="AbstractText">
    <w:name w:val="Abstract Text"/>
    <w:basedOn w:val="Normal"/>
    <w:pPr>
      <w:spacing w:line="240" w:lineRule="auto"/>
      <w:ind w:firstLine="0"/>
    </w:pPr>
    <w:rPr>
      <w:sz w:val="16"/>
    </w:rPr>
  </w:style>
  <w:style w:type="paragraph" w:customStyle="1" w:styleId="KeywordsText">
    <w:name w:val="Keywords Text"/>
    <w:basedOn w:val="Normal"/>
    <w:pPr>
      <w:spacing w:after="40" w:line="240" w:lineRule="auto"/>
      <w:ind w:firstLine="0"/>
    </w:pPr>
    <w:rPr>
      <w:sz w:val="16"/>
    </w:rPr>
  </w:style>
  <w:style w:type="paragraph" w:customStyle="1" w:styleId="TableText">
    <w:name w:val="Table Text"/>
    <w:basedOn w:val="Normal"/>
    <w:pPr>
      <w:spacing w:line="240" w:lineRule="auto"/>
      <w:ind w:firstLine="0"/>
      <w:jc w:val="left"/>
    </w:pPr>
    <w:rPr>
      <w:sz w:val="16"/>
    </w:rPr>
  </w:style>
  <w:style w:type="paragraph" w:customStyle="1" w:styleId="References">
    <w:name w:val="References"/>
    <w:basedOn w:val="Normal"/>
    <w:pPr>
      <w:spacing w:line="240" w:lineRule="auto"/>
      <w:ind w:left="709" w:hanging="709"/>
    </w:pPr>
  </w:style>
  <w:style w:type="paragraph" w:customStyle="1" w:styleId="MetadataField">
    <w:name w:val="Metadata Field"/>
    <w:basedOn w:val="Normal"/>
    <w:pPr>
      <w:spacing w:line="240" w:lineRule="auto"/>
      <w:ind w:firstLine="0"/>
      <w:jc w:val="left"/>
    </w:pPr>
    <w:rPr>
      <w:sz w:val="16"/>
    </w:rPr>
  </w:style>
  <w:style w:type="paragraph" w:customStyle="1" w:styleId="BandLabel">
    <w:name w:val="Band Label"/>
    <w:basedOn w:val="Normal"/>
    <w:pPr>
      <w:spacing w:line="240" w:lineRule="auto"/>
      <w:ind w:firstLine="0"/>
      <w:jc w:val="left"/>
    </w:pPr>
    <w:rPr>
      <w:b/>
      <w:color w:val="FFFFFF"/>
      <w:sz w:val="18"/>
    </w:rPr>
  </w:style>
  <w:style w:type="paragraph" w:customStyle="1" w:styleId="FootnoteText1">
    <w:name w:val="Footnote Text1"/>
    <w:basedOn w:val="Normal"/>
    <w:pPr>
      <w:spacing w:line="240" w:lineRule="auto"/>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SocioLumen Makale Şablonu / Article Template</dc:title>
  <dc:subject>Anonymous manuscript template based on the SocioLumen format</dc:subject>
  <dc:creator>SocioLumen Editorial Office</dc:creator>
  <cp:keywords>SocioLumen, Book Antiqua, APA 7, anonymous manuscript, article template</cp:keywords>
  <dc:description>Official SocioLumen anonymous manuscript template</dc:description>
  <cp:lastModifiedBy>ABDULLAH YILDIZ</cp:lastModifiedBy>
  <cp:revision>6</cp:revision>
  <dcterms:created xsi:type="dcterms:W3CDTF">2026-07-22T19:10:00Z</dcterms:created>
  <dcterms:modified xsi:type="dcterms:W3CDTF">2026-07-22T20:24:00Z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93c130c7-c5ac-484f-a38f-c4e2ec5661b0</vt:lpwstr>
  </property>
</Properties>
</file>